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75929" w14:textId="77777777" w:rsidR="000529BD" w:rsidRDefault="00AB0738">
      <w:pPr>
        <w:jc w:val="center"/>
      </w:pPr>
      <w:r>
        <w:rPr>
          <w:b/>
          <w:sz w:val="25"/>
        </w:rPr>
        <w:t>Mẫu A.I.4</w:t>
      </w:r>
    </w:p>
    <w:p w14:paraId="061456A9" w14:textId="77777777" w:rsidR="000529BD" w:rsidRDefault="00AB0738">
      <w:pPr>
        <w:jc w:val="center"/>
      </w:pPr>
      <w:r>
        <w:rPr>
          <w:b/>
          <w:sz w:val="25"/>
        </w:rPr>
        <w:t>Đề xuất dự án đầu tư¹</w:t>
      </w:r>
    </w:p>
    <w:p w14:paraId="554D3FED" w14:textId="77777777" w:rsidR="000529BD" w:rsidRDefault="00AB0738">
      <w:pPr>
        <w:jc w:val="center"/>
      </w:pPr>
      <w:r>
        <w:rPr>
          <w:i/>
        </w:rPr>
        <w:t>(Dự án không thuộc diện chấp thuận chủ trương đầu tư)</w:t>
      </w:r>
    </w:p>
    <w:p w14:paraId="0F9A3939" w14:textId="77777777" w:rsidR="000529BD" w:rsidRDefault="00AB0738">
      <w:pPr>
        <w:spacing w:after="60"/>
        <w:jc w:val="center"/>
      </w:pPr>
      <w:r>
        <w:rPr>
          <w:i/>
        </w:rPr>
        <w:t>(Khoản 1 Điều 36 Nghị định số 31/2021/NĐ-CP)</w:t>
      </w:r>
    </w:p>
    <w:p w14:paraId="2A91F62E" w14:textId="77777777" w:rsidR="000529BD" w:rsidRDefault="00AB0738">
      <w:pPr>
        <w:jc w:val="center"/>
      </w:pPr>
      <w:r>
        <w:rPr>
          <w:b/>
          <w:sz w:val="25"/>
        </w:rPr>
        <w:t>CỘNG HOÀ XÃ HỘI CHỦ NGHĨA VIỆT NAM</w:t>
      </w:r>
    </w:p>
    <w:p w14:paraId="3C9E1E93" w14:textId="77777777" w:rsidR="000529BD" w:rsidRDefault="00AB0738">
      <w:pPr>
        <w:jc w:val="center"/>
      </w:pPr>
      <w:r>
        <w:rPr>
          <w:b/>
          <w:sz w:val="25"/>
        </w:rPr>
        <w:t>Độc lập - Tự do - Hạnh phúc</w:t>
      </w:r>
    </w:p>
    <w:p w14:paraId="1907BB68" w14:textId="77777777" w:rsidR="000529BD" w:rsidRDefault="00AB0738">
      <w:pPr>
        <w:jc w:val="center"/>
      </w:pPr>
      <w:r>
        <w:rPr>
          <w:sz w:val="22"/>
        </w:rPr>
        <w:t>_________________</w:t>
      </w:r>
    </w:p>
    <w:p w14:paraId="58AD3BA1" w14:textId="77777777" w:rsidR="000529BD" w:rsidRDefault="00AB0738">
      <w:pPr>
        <w:spacing w:before="60"/>
        <w:jc w:val="center"/>
      </w:pPr>
      <w:r>
        <w:rPr>
          <w:b/>
          <w:sz w:val="27"/>
        </w:rPr>
        <w:t>ĐỀ XUẤT DỰ ÁN ĐẦU TƯ</w:t>
      </w:r>
    </w:p>
    <w:p w14:paraId="08D567D5" w14:textId="77777777" w:rsidR="000529BD" w:rsidRDefault="00AB0738">
      <w:pPr>
        <w:jc w:val="center"/>
      </w:pPr>
      <w:r>
        <w:rPr>
          <w:i/>
        </w:rPr>
        <w:t xml:space="preserve">(Kèm theo Văn bản đề </w:t>
      </w:r>
      <w:r>
        <w:rPr>
          <w:i/>
        </w:rPr>
        <w:t>nghị thực hiện dự án đầu tư</w:t>
      </w:r>
    </w:p>
    <w:p w14:paraId="7DFD0FC5" w14:textId="77777777" w:rsidR="000529BD" w:rsidRDefault="00AB0738">
      <w:pPr>
        <w:spacing w:after="80"/>
        <w:jc w:val="center"/>
      </w:pPr>
      <w:r>
        <w:rPr>
          <w:i/>
        </w:rPr>
        <w:t>Ngày .... tháng ... năm....)</w:t>
      </w:r>
    </w:p>
    <w:p w14:paraId="7052FE03" w14:textId="77777777" w:rsidR="000529BD" w:rsidRPr="00AB0738" w:rsidRDefault="00AB0738">
      <w:pPr>
        <w:rPr>
          <w:sz w:val="26"/>
          <w:szCs w:val="26"/>
        </w:rPr>
      </w:pPr>
      <w:r w:rsidRPr="00AB0738">
        <w:rPr>
          <w:b/>
          <w:sz w:val="26"/>
          <w:szCs w:val="26"/>
        </w:rPr>
        <w:t>I. TÊN NHÀ ĐẦU TƯ</w:t>
      </w:r>
    </w:p>
    <w:p w14:paraId="3AE7A643" w14:textId="77777777" w:rsidR="000529BD" w:rsidRPr="00AB0738" w:rsidRDefault="00AB0738">
      <w:pPr>
        <w:rPr>
          <w:sz w:val="26"/>
          <w:szCs w:val="26"/>
        </w:rPr>
      </w:pPr>
      <w:r w:rsidRPr="00AB0738">
        <w:rPr>
          <w:i/>
          <w:sz w:val="26"/>
          <w:szCs w:val="26"/>
        </w:rPr>
        <w:t>(Ghi tên từng nhà đầu tư)</w:t>
      </w:r>
    </w:p>
    <w:p w14:paraId="63E224D7" w14:textId="77777777" w:rsidR="000529BD" w:rsidRPr="00AB0738" w:rsidRDefault="00AB0738">
      <w:pPr>
        <w:rPr>
          <w:sz w:val="26"/>
          <w:szCs w:val="26"/>
        </w:rPr>
      </w:pPr>
      <w:r w:rsidRPr="00AB0738">
        <w:rPr>
          <w:sz w:val="26"/>
          <w:szCs w:val="26"/>
        </w:rPr>
        <w:t>Đề nghị thực hiện dự án đầu tư với các nội dung như sau:</w:t>
      </w:r>
    </w:p>
    <w:p w14:paraId="75AC3766" w14:textId="77777777" w:rsidR="000529BD" w:rsidRPr="00AB0738" w:rsidRDefault="00AB0738">
      <w:pPr>
        <w:spacing w:before="40"/>
        <w:rPr>
          <w:sz w:val="26"/>
          <w:szCs w:val="26"/>
        </w:rPr>
      </w:pPr>
      <w:r w:rsidRPr="00AB0738">
        <w:rPr>
          <w:b/>
          <w:sz w:val="26"/>
          <w:szCs w:val="26"/>
        </w:rPr>
        <w:t>II. ĐỀ XUẤT THỰC HIỆN DỰ ÁN ĐẦU TƯ</w:t>
      </w:r>
    </w:p>
    <w:p w14:paraId="6AD64873" w14:textId="77777777" w:rsidR="000529BD" w:rsidRPr="00AB0738" w:rsidRDefault="00AB0738">
      <w:pPr>
        <w:rPr>
          <w:sz w:val="26"/>
          <w:szCs w:val="26"/>
        </w:rPr>
      </w:pPr>
      <w:r w:rsidRPr="00AB0738">
        <w:rPr>
          <w:b/>
          <w:sz w:val="26"/>
          <w:szCs w:val="26"/>
        </w:rPr>
        <w:t>1. Tên dự án, địa điểm thực hiện dự án:</w:t>
      </w:r>
    </w:p>
    <w:p w14:paraId="39A6627B" w14:textId="773D9951" w:rsidR="000529BD" w:rsidRPr="00AB0738" w:rsidRDefault="00AB0738">
      <w:pPr>
        <w:rPr>
          <w:sz w:val="26"/>
          <w:szCs w:val="26"/>
        </w:rPr>
      </w:pPr>
      <w:r w:rsidRPr="00AB0738">
        <w:rPr>
          <w:sz w:val="26"/>
          <w:szCs w:val="26"/>
        </w:rPr>
        <w:t xml:space="preserve">1.1. </w:t>
      </w:r>
      <w:proofErr w:type="spellStart"/>
      <w:r w:rsidRPr="00AB0738">
        <w:rPr>
          <w:sz w:val="26"/>
          <w:szCs w:val="26"/>
        </w:rPr>
        <w:t>Tên</w:t>
      </w:r>
      <w:proofErr w:type="spellEnd"/>
      <w:r w:rsidRPr="00AB0738">
        <w:rPr>
          <w:sz w:val="26"/>
          <w:szCs w:val="26"/>
        </w:rPr>
        <w:t xml:space="preserve"> </w:t>
      </w:r>
      <w:proofErr w:type="spellStart"/>
      <w:r w:rsidRPr="00AB0738">
        <w:rPr>
          <w:sz w:val="26"/>
          <w:szCs w:val="26"/>
        </w:rPr>
        <w:t>dự</w:t>
      </w:r>
      <w:proofErr w:type="spellEnd"/>
      <w:r w:rsidRPr="00AB0738">
        <w:rPr>
          <w:sz w:val="26"/>
          <w:szCs w:val="26"/>
        </w:rPr>
        <w:t xml:space="preserve"> </w:t>
      </w:r>
      <w:proofErr w:type="spellStart"/>
      <w:r w:rsidRPr="00AB0738">
        <w:rPr>
          <w:sz w:val="26"/>
          <w:szCs w:val="26"/>
        </w:rPr>
        <w:t>án</w:t>
      </w:r>
      <w:proofErr w:type="spellEnd"/>
      <w:r w:rsidRPr="00AB0738">
        <w:rPr>
          <w:sz w:val="26"/>
          <w:szCs w:val="26"/>
        </w:rPr>
        <w:t>:</w:t>
      </w:r>
      <w:r w:rsidRPr="00AB0738">
        <w:rPr>
          <w:sz w:val="26"/>
          <w:szCs w:val="26"/>
        </w:rPr>
        <w:t xml:space="preserve"> </w:t>
      </w:r>
      <w:r w:rsidRPr="00AB0738">
        <w:rPr>
          <w:sz w:val="26"/>
          <w:szCs w:val="26"/>
        </w:rPr>
        <w:t>.......</w:t>
      </w:r>
      <w:r w:rsidRPr="00AB0738">
        <w:rPr>
          <w:sz w:val="26"/>
          <w:szCs w:val="26"/>
        </w:rPr>
        <w:t>.............................................................................................................................</w:t>
      </w:r>
    </w:p>
    <w:p w14:paraId="3F1CE884" w14:textId="6BAA4B95" w:rsidR="000529BD" w:rsidRPr="00AB0738" w:rsidRDefault="00AB0738">
      <w:pPr>
        <w:rPr>
          <w:sz w:val="26"/>
          <w:szCs w:val="26"/>
        </w:rPr>
      </w:pPr>
      <w:r w:rsidRPr="00AB0738">
        <w:rPr>
          <w:sz w:val="26"/>
          <w:szCs w:val="26"/>
        </w:rPr>
        <w:t>1.2. Địa điểm thực hiện dự án: ...............................................................................................</w:t>
      </w:r>
      <w:r w:rsidRPr="00AB0738">
        <w:rPr>
          <w:sz w:val="26"/>
          <w:szCs w:val="26"/>
        </w:rPr>
        <w:t>............</w:t>
      </w:r>
    </w:p>
    <w:p w14:paraId="5310F601" w14:textId="77777777" w:rsidR="000529BD" w:rsidRPr="00AB0738" w:rsidRDefault="00AB0738">
      <w:pPr>
        <w:rPr>
          <w:sz w:val="26"/>
          <w:szCs w:val="26"/>
        </w:rPr>
      </w:pPr>
      <w:r w:rsidRPr="00AB0738">
        <w:rPr>
          <w:i/>
          <w:sz w:val="26"/>
          <w:szCs w:val="26"/>
        </w:rPr>
        <w:t>(Đối với dự án ngoài KCN, KCX, KCNC, KKT: ghi số nhà, đường phố/xóm, phường/xã, quận/huyện, tỉnh/thành phố. Đối với dự án trong KCN, KCX, KCNC, KKT: ghi số, đường hoặc lô…, tên khu, quận/huyện, tỉnh/thành phố).</w:t>
      </w:r>
    </w:p>
    <w:p w14:paraId="4CBA6D56" w14:textId="77777777" w:rsidR="000529BD" w:rsidRPr="00AB0738" w:rsidRDefault="00AB0738">
      <w:pPr>
        <w:spacing w:before="40"/>
        <w:rPr>
          <w:sz w:val="26"/>
          <w:szCs w:val="26"/>
        </w:rPr>
      </w:pPr>
      <w:r w:rsidRPr="00AB0738">
        <w:rPr>
          <w:b/>
          <w:sz w:val="26"/>
          <w:szCs w:val="26"/>
        </w:rPr>
        <w:t>2. Mục tiêu dự án:</w:t>
      </w:r>
    </w:p>
    <w:tbl>
      <w:tblPr>
        <w:tblStyle w:val="TableGrid"/>
        <w:tblW w:w="0" w:type="auto"/>
        <w:jc w:val="center"/>
        <w:tblLook w:val="04A0" w:firstRow="1" w:lastRow="0" w:firstColumn="1" w:lastColumn="0" w:noHBand="0" w:noVBand="1"/>
      </w:tblPr>
      <w:tblGrid>
        <w:gridCol w:w="2578"/>
        <w:gridCol w:w="2578"/>
        <w:gridCol w:w="2578"/>
        <w:gridCol w:w="2578"/>
      </w:tblGrid>
      <w:tr w:rsidR="000529BD" w14:paraId="1F21E5FD" w14:textId="77777777">
        <w:trPr>
          <w:jc w:val="center"/>
        </w:trPr>
        <w:tc>
          <w:tcPr>
            <w:tcW w:w="2578" w:type="dxa"/>
            <w:shd w:val="clear" w:color="auto" w:fill="F2F2F2"/>
            <w:tcMar>
              <w:top w:w="60" w:type="dxa"/>
              <w:left w:w="60" w:type="dxa"/>
              <w:bottom w:w="60" w:type="dxa"/>
              <w:right w:w="60" w:type="dxa"/>
            </w:tcMar>
            <w:vAlign w:val="center"/>
          </w:tcPr>
          <w:p w14:paraId="27016871" w14:textId="77777777" w:rsidR="000529BD" w:rsidRPr="00AB0738" w:rsidRDefault="00AB0738">
            <w:pPr>
              <w:spacing w:line="240" w:lineRule="auto"/>
              <w:jc w:val="center"/>
              <w:rPr>
                <w:sz w:val="22"/>
              </w:rPr>
            </w:pPr>
            <w:r w:rsidRPr="00AB0738">
              <w:rPr>
                <w:b/>
                <w:sz w:val="22"/>
              </w:rPr>
              <w:t>STT</w:t>
            </w:r>
          </w:p>
        </w:tc>
        <w:tc>
          <w:tcPr>
            <w:tcW w:w="2578" w:type="dxa"/>
            <w:shd w:val="clear" w:color="auto" w:fill="F2F2F2"/>
            <w:tcMar>
              <w:top w:w="60" w:type="dxa"/>
              <w:left w:w="60" w:type="dxa"/>
              <w:bottom w:w="60" w:type="dxa"/>
              <w:right w:w="60" w:type="dxa"/>
            </w:tcMar>
            <w:vAlign w:val="center"/>
          </w:tcPr>
          <w:p w14:paraId="7C10759D" w14:textId="77777777" w:rsidR="000529BD" w:rsidRPr="00AB0738" w:rsidRDefault="00AB0738">
            <w:pPr>
              <w:spacing w:line="240" w:lineRule="auto"/>
              <w:jc w:val="center"/>
              <w:rPr>
                <w:sz w:val="22"/>
              </w:rPr>
            </w:pPr>
            <w:r w:rsidRPr="00AB0738">
              <w:rPr>
                <w:b/>
                <w:sz w:val="22"/>
              </w:rPr>
              <w:t xml:space="preserve">Mục </w:t>
            </w:r>
            <w:r w:rsidRPr="00AB0738">
              <w:rPr>
                <w:b/>
                <w:sz w:val="22"/>
              </w:rPr>
              <w:t>tiêu hoạt động</w:t>
            </w:r>
          </w:p>
        </w:tc>
        <w:tc>
          <w:tcPr>
            <w:tcW w:w="2578" w:type="dxa"/>
            <w:shd w:val="clear" w:color="auto" w:fill="F2F2F2"/>
            <w:tcMar>
              <w:top w:w="60" w:type="dxa"/>
              <w:left w:w="60" w:type="dxa"/>
              <w:bottom w:w="60" w:type="dxa"/>
              <w:right w:w="60" w:type="dxa"/>
            </w:tcMar>
            <w:vAlign w:val="center"/>
          </w:tcPr>
          <w:p w14:paraId="1E7CFB94" w14:textId="77777777" w:rsidR="000529BD" w:rsidRPr="00AB0738" w:rsidRDefault="00AB0738">
            <w:pPr>
              <w:spacing w:line="240" w:lineRule="auto"/>
              <w:jc w:val="center"/>
              <w:rPr>
                <w:sz w:val="22"/>
              </w:rPr>
            </w:pPr>
            <w:r w:rsidRPr="00AB0738">
              <w:rPr>
                <w:b/>
                <w:sz w:val="22"/>
              </w:rPr>
              <w:t>Mã ngành theo VSIC</w:t>
            </w:r>
            <w:r w:rsidRPr="00AB0738">
              <w:rPr>
                <w:b/>
                <w:sz w:val="22"/>
              </w:rPr>
              <w:br/>
              <w:t>(Mã ngành cấp 4)</w:t>
            </w:r>
          </w:p>
        </w:tc>
        <w:tc>
          <w:tcPr>
            <w:tcW w:w="2578" w:type="dxa"/>
            <w:shd w:val="clear" w:color="auto" w:fill="F2F2F2"/>
            <w:tcMar>
              <w:top w:w="60" w:type="dxa"/>
              <w:left w:w="60" w:type="dxa"/>
              <w:bottom w:w="60" w:type="dxa"/>
              <w:right w:w="60" w:type="dxa"/>
            </w:tcMar>
            <w:vAlign w:val="center"/>
          </w:tcPr>
          <w:p w14:paraId="3BCC13D7" w14:textId="77777777" w:rsidR="000529BD" w:rsidRPr="00AB0738" w:rsidRDefault="00AB0738">
            <w:pPr>
              <w:spacing w:line="240" w:lineRule="auto"/>
              <w:jc w:val="center"/>
              <w:rPr>
                <w:sz w:val="22"/>
              </w:rPr>
            </w:pPr>
            <w:r w:rsidRPr="00AB0738">
              <w:rPr>
                <w:b/>
                <w:sz w:val="22"/>
              </w:rPr>
              <w:t>Mã ngành CPC (*)</w:t>
            </w:r>
            <w:r w:rsidRPr="00AB0738">
              <w:rPr>
                <w:b/>
                <w:sz w:val="22"/>
              </w:rPr>
              <w:br/>
              <w:t>(đối với các ngành nghề có mã CPC, nếu có)</w:t>
            </w:r>
          </w:p>
        </w:tc>
      </w:tr>
      <w:tr w:rsidR="000529BD" w14:paraId="3C0D05B7" w14:textId="77777777">
        <w:trPr>
          <w:jc w:val="center"/>
        </w:trPr>
        <w:tc>
          <w:tcPr>
            <w:tcW w:w="2578" w:type="dxa"/>
            <w:tcMar>
              <w:top w:w="60" w:type="dxa"/>
              <w:left w:w="60" w:type="dxa"/>
              <w:bottom w:w="60" w:type="dxa"/>
              <w:right w:w="60" w:type="dxa"/>
            </w:tcMar>
            <w:vAlign w:val="center"/>
          </w:tcPr>
          <w:p w14:paraId="7280EE4D" w14:textId="77777777" w:rsidR="000529BD" w:rsidRPr="00AB0738" w:rsidRDefault="00AB0738">
            <w:pPr>
              <w:spacing w:line="240" w:lineRule="auto"/>
              <w:jc w:val="center"/>
              <w:rPr>
                <w:sz w:val="26"/>
                <w:szCs w:val="26"/>
              </w:rPr>
            </w:pPr>
            <w:r w:rsidRPr="00AB0738">
              <w:rPr>
                <w:sz w:val="26"/>
                <w:szCs w:val="26"/>
              </w:rPr>
              <w:t>1</w:t>
            </w:r>
          </w:p>
        </w:tc>
        <w:tc>
          <w:tcPr>
            <w:tcW w:w="2578" w:type="dxa"/>
            <w:tcMar>
              <w:top w:w="60" w:type="dxa"/>
              <w:left w:w="60" w:type="dxa"/>
              <w:bottom w:w="60" w:type="dxa"/>
              <w:right w:w="60" w:type="dxa"/>
            </w:tcMar>
            <w:vAlign w:val="center"/>
          </w:tcPr>
          <w:p w14:paraId="5743068B" w14:textId="77777777" w:rsidR="000529BD" w:rsidRPr="00AB0738" w:rsidRDefault="00AB0738">
            <w:pPr>
              <w:spacing w:line="240" w:lineRule="auto"/>
              <w:rPr>
                <w:sz w:val="26"/>
                <w:szCs w:val="26"/>
              </w:rPr>
            </w:pPr>
            <w:r w:rsidRPr="00AB0738">
              <w:rPr>
                <w:sz w:val="26"/>
                <w:szCs w:val="26"/>
              </w:rPr>
              <w:t>(Ngành kinh doanh chính)</w:t>
            </w:r>
          </w:p>
        </w:tc>
        <w:tc>
          <w:tcPr>
            <w:tcW w:w="2578" w:type="dxa"/>
            <w:tcMar>
              <w:top w:w="60" w:type="dxa"/>
              <w:left w:w="60" w:type="dxa"/>
              <w:bottom w:w="60" w:type="dxa"/>
              <w:right w:w="60" w:type="dxa"/>
            </w:tcMar>
            <w:vAlign w:val="center"/>
          </w:tcPr>
          <w:p w14:paraId="415EE507" w14:textId="77777777" w:rsidR="000529BD" w:rsidRPr="00AB0738" w:rsidRDefault="000529BD">
            <w:pPr>
              <w:spacing w:line="240" w:lineRule="auto"/>
              <w:jc w:val="center"/>
              <w:rPr>
                <w:sz w:val="26"/>
                <w:szCs w:val="26"/>
              </w:rPr>
            </w:pPr>
          </w:p>
        </w:tc>
        <w:tc>
          <w:tcPr>
            <w:tcW w:w="2578" w:type="dxa"/>
            <w:tcMar>
              <w:top w:w="60" w:type="dxa"/>
              <w:left w:w="60" w:type="dxa"/>
              <w:bottom w:w="60" w:type="dxa"/>
              <w:right w:w="60" w:type="dxa"/>
            </w:tcMar>
            <w:vAlign w:val="center"/>
          </w:tcPr>
          <w:p w14:paraId="708511E9" w14:textId="77777777" w:rsidR="000529BD" w:rsidRPr="00AB0738" w:rsidRDefault="000529BD">
            <w:pPr>
              <w:spacing w:line="240" w:lineRule="auto"/>
              <w:jc w:val="center"/>
              <w:rPr>
                <w:sz w:val="26"/>
                <w:szCs w:val="26"/>
              </w:rPr>
            </w:pPr>
          </w:p>
        </w:tc>
      </w:tr>
      <w:tr w:rsidR="000529BD" w14:paraId="7774DCC7" w14:textId="77777777">
        <w:trPr>
          <w:jc w:val="center"/>
        </w:trPr>
        <w:tc>
          <w:tcPr>
            <w:tcW w:w="2578" w:type="dxa"/>
            <w:tcMar>
              <w:top w:w="60" w:type="dxa"/>
              <w:left w:w="60" w:type="dxa"/>
              <w:bottom w:w="60" w:type="dxa"/>
              <w:right w:w="60" w:type="dxa"/>
            </w:tcMar>
            <w:vAlign w:val="center"/>
          </w:tcPr>
          <w:p w14:paraId="5AA110E0" w14:textId="77777777" w:rsidR="000529BD" w:rsidRPr="00AB0738" w:rsidRDefault="00AB0738">
            <w:pPr>
              <w:spacing w:line="240" w:lineRule="auto"/>
              <w:jc w:val="center"/>
              <w:rPr>
                <w:sz w:val="26"/>
                <w:szCs w:val="26"/>
              </w:rPr>
            </w:pPr>
            <w:r w:rsidRPr="00AB0738">
              <w:rPr>
                <w:sz w:val="26"/>
                <w:szCs w:val="26"/>
              </w:rPr>
              <w:t>2</w:t>
            </w:r>
          </w:p>
        </w:tc>
        <w:tc>
          <w:tcPr>
            <w:tcW w:w="2578" w:type="dxa"/>
            <w:tcMar>
              <w:top w:w="60" w:type="dxa"/>
              <w:left w:w="60" w:type="dxa"/>
              <w:bottom w:w="60" w:type="dxa"/>
              <w:right w:w="60" w:type="dxa"/>
            </w:tcMar>
            <w:vAlign w:val="center"/>
          </w:tcPr>
          <w:p w14:paraId="70114195" w14:textId="77777777" w:rsidR="000529BD" w:rsidRPr="00AB0738" w:rsidRDefault="00AB0738">
            <w:pPr>
              <w:spacing w:line="240" w:lineRule="auto"/>
              <w:rPr>
                <w:sz w:val="26"/>
                <w:szCs w:val="26"/>
              </w:rPr>
            </w:pPr>
            <w:r w:rsidRPr="00AB0738">
              <w:rPr>
                <w:sz w:val="26"/>
                <w:szCs w:val="26"/>
              </w:rPr>
              <w:t>……….</w:t>
            </w:r>
          </w:p>
        </w:tc>
        <w:tc>
          <w:tcPr>
            <w:tcW w:w="2578" w:type="dxa"/>
            <w:tcMar>
              <w:top w:w="60" w:type="dxa"/>
              <w:left w:w="60" w:type="dxa"/>
              <w:bottom w:w="60" w:type="dxa"/>
              <w:right w:w="60" w:type="dxa"/>
            </w:tcMar>
            <w:vAlign w:val="center"/>
          </w:tcPr>
          <w:p w14:paraId="610DD3A8" w14:textId="77777777" w:rsidR="000529BD" w:rsidRPr="00AB0738" w:rsidRDefault="000529BD">
            <w:pPr>
              <w:spacing w:line="240" w:lineRule="auto"/>
              <w:jc w:val="center"/>
              <w:rPr>
                <w:sz w:val="26"/>
                <w:szCs w:val="26"/>
              </w:rPr>
            </w:pPr>
          </w:p>
        </w:tc>
        <w:tc>
          <w:tcPr>
            <w:tcW w:w="2578" w:type="dxa"/>
            <w:tcMar>
              <w:top w:w="60" w:type="dxa"/>
              <w:left w:w="60" w:type="dxa"/>
              <w:bottom w:w="60" w:type="dxa"/>
              <w:right w:w="60" w:type="dxa"/>
            </w:tcMar>
            <w:vAlign w:val="center"/>
          </w:tcPr>
          <w:p w14:paraId="6A7DCED6" w14:textId="77777777" w:rsidR="000529BD" w:rsidRPr="00AB0738" w:rsidRDefault="000529BD">
            <w:pPr>
              <w:spacing w:line="240" w:lineRule="auto"/>
              <w:jc w:val="center"/>
              <w:rPr>
                <w:sz w:val="26"/>
                <w:szCs w:val="26"/>
              </w:rPr>
            </w:pPr>
          </w:p>
        </w:tc>
      </w:tr>
    </w:tbl>
    <w:p w14:paraId="5946B3DB" w14:textId="77777777" w:rsidR="000529BD" w:rsidRPr="00AB0738" w:rsidRDefault="00AB0738">
      <w:pPr>
        <w:spacing w:before="40"/>
        <w:rPr>
          <w:sz w:val="26"/>
          <w:szCs w:val="26"/>
        </w:rPr>
      </w:pPr>
      <w:r w:rsidRPr="00AB0738">
        <w:rPr>
          <w:b/>
          <w:sz w:val="26"/>
          <w:szCs w:val="26"/>
        </w:rPr>
        <w:t>Ghi chú:</w:t>
      </w:r>
    </w:p>
    <w:p w14:paraId="086EB240" w14:textId="77777777" w:rsidR="000529BD" w:rsidRPr="00AB0738" w:rsidRDefault="00AB0738">
      <w:pPr>
        <w:rPr>
          <w:sz w:val="26"/>
          <w:szCs w:val="26"/>
        </w:rPr>
      </w:pPr>
      <w:r w:rsidRPr="00AB0738">
        <w:rPr>
          <w:sz w:val="26"/>
          <w:szCs w:val="26"/>
        </w:rPr>
        <w:t>- Ngành kinh doanh ghi đầu tiên là ngành kinh doanh chính của dự án.</w:t>
      </w:r>
    </w:p>
    <w:p w14:paraId="19B904FD" w14:textId="77777777" w:rsidR="000529BD" w:rsidRPr="00AB0738" w:rsidRDefault="00AB0738">
      <w:pPr>
        <w:rPr>
          <w:sz w:val="26"/>
          <w:szCs w:val="26"/>
        </w:rPr>
      </w:pPr>
      <w:r w:rsidRPr="00AB0738">
        <w:rPr>
          <w:sz w:val="26"/>
          <w:szCs w:val="26"/>
        </w:rPr>
        <w:t xml:space="preserve">- (*) Chỉ ghi mã </w:t>
      </w:r>
      <w:r w:rsidRPr="00AB0738">
        <w:rPr>
          <w:sz w:val="26"/>
          <w:szCs w:val="26"/>
        </w:rPr>
        <w:t>ngành CPC đối với các mục tiêu hoạt động thuộc ngành, nghề tiếp cận thị trường có điều kiện đối với nhà đầu tư nước ngoài.</w:t>
      </w:r>
    </w:p>
    <w:p w14:paraId="6A01192D" w14:textId="77777777" w:rsidR="000529BD" w:rsidRPr="00AB0738" w:rsidRDefault="00AB0738">
      <w:pPr>
        <w:spacing w:before="40"/>
        <w:rPr>
          <w:sz w:val="26"/>
          <w:szCs w:val="26"/>
        </w:rPr>
      </w:pPr>
      <w:r w:rsidRPr="00AB0738">
        <w:rPr>
          <w:b/>
          <w:sz w:val="26"/>
          <w:szCs w:val="26"/>
        </w:rPr>
        <w:t>3. Quy mô dự án:</w:t>
      </w:r>
    </w:p>
    <w:p w14:paraId="472FC730" w14:textId="77777777" w:rsidR="000529BD" w:rsidRPr="00AB0738" w:rsidRDefault="00AB0738">
      <w:pPr>
        <w:rPr>
          <w:sz w:val="26"/>
          <w:szCs w:val="26"/>
        </w:rPr>
      </w:pPr>
      <w:r w:rsidRPr="00AB0738">
        <w:rPr>
          <w:sz w:val="26"/>
          <w:szCs w:val="26"/>
        </w:rPr>
        <w:t>Miêu tả quy mô bằng các tiêu chí (nếu có)</w:t>
      </w:r>
    </w:p>
    <w:p w14:paraId="0EF94F3D" w14:textId="77777777" w:rsidR="000529BD" w:rsidRPr="00AB0738" w:rsidRDefault="00AB0738">
      <w:pPr>
        <w:rPr>
          <w:sz w:val="26"/>
          <w:szCs w:val="26"/>
        </w:rPr>
      </w:pPr>
      <w:r w:rsidRPr="00AB0738">
        <w:rPr>
          <w:sz w:val="26"/>
          <w:szCs w:val="26"/>
        </w:rPr>
        <w:t>- Diện tích đất, mặt nước, mặt bằng dự kiến sử dụng (m² hoặc ha)</w:t>
      </w:r>
    </w:p>
    <w:p w14:paraId="0D617FA0" w14:textId="77777777" w:rsidR="000529BD" w:rsidRPr="00AB0738" w:rsidRDefault="00AB0738">
      <w:pPr>
        <w:rPr>
          <w:sz w:val="26"/>
          <w:szCs w:val="26"/>
        </w:rPr>
      </w:pPr>
      <w:r w:rsidRPr="00AB0738">
        <w:rPr>
          <w:sz w:val="26"/>
          <w:szCs w:val="26"/>
        </w:rPr>
        <w:t xml:space="preserve">- </w:t>
      </w:r>
      <w:r w:rsidRPr="00AB0738">
        <w:rPr>
          <w:sz w:val="26"/>
          <w:szCs w:val="26"/>
        </w:rPr>
        <w:t>Diện tích đất phù hợp quy hoạch sử dụng đất: ……… m² (trừ diện tích đất thuộc lộ giới hoặc diện tích đất không phù hợp quy hoạch).</w:t>
      </w:r>
    </w:p>
    <w:p w14:paraId="7069D3E5" w14:textId="77777777" w:rsidR="000529BD" w:rsidRPr="00AB0738" w:rsidRDefault="00AB0738">
      <w:pPr>
        <w:rPr>
          <w:sz w:val="26"/>
          <w:szCs w:val="26"/>
        </w:rPr>
      </w:pPr>
      <w:r w:rsidRPr="00AB0738">
        <w:rPr>
          <w:sz w:val="26"/>
          <w:szCs w:val="26"/>
        </w:rPr>
        <w:t>- Công suất thiết kế</w:t>
      </w:r>
    </w:p>
    <w:p w14:paraId="26F2EFEE" w14:textId="77777777" w:rsidR="000529BD" w:rsidRPr="00AB0738" w:rsidRDefault="00AB0738">
      <w:pPr>
        <w:rPr>
          <w:sz w:val="26"/>
          <w:szCs w:val="26"/>
        </w:rPr>
      </w:pPr>
      <w:r w:rsidRPr="00AB0738">
        <w:rPr>
          <w:sz w:val="26"/>
          <w:szCs w:val="26"/>
        </w:rPr>
        <w:t>- Sản phẩm, dịch vụ cung cấp</w:t>
      </w:r>
    </w:p>
    <w:p w14:paraId="50EB3B20" w14:textId="77777777" w:rsidR="000529BD" w:rsidRPr="00AB0738" w:rsidRDefault="00AB0738">
      <w:pPr>
        <w:rPr>
          <w:sz w:val="26"/>
          <w:szCs w:val="26"/>
        </w:rPr>
      </w:pPr>
      <w:r w:rsidRPr="00AB0738">
        <w:rPr>
          <w:sz w:val="26"/>
          <w:szCs w:val="26"/>
        </w:rPr>
        <w:t>- Quy mô kiến trúc xây dựng dự kiến (diện tích xây dựng, diện tích sàn, số t</w:t>
      </w:r>
      <w:r w:rsidRPr="00AB0738">
        <w:rPr>
          <w:sz w:val="26"/>
          <w:szCs w:val="26"/>
        </w:rPr>
        <w:t>ầng, chiều cao công trình, mật độ xây dựng, hệ số sử dụng đất…)</w:t>
      </w:r>
    </w:p>
    <w:p w14:paraId="6B482745" w14:textId="77777777" w:rsidR="000529BD" w:rsidRPr="00AB0738" w:rsidRDefault="00AB0738">
      <w:pPr>
        <w:rPr>
          <w:sz w:val="26"/>
          <w:szCs w:val="26"/>
        </w:rPr>
      </w:pPr>
      <w:r w:rsidRPr="00AB0738">
        <w:rPr>
          <w:sz w:val="26"/>
          <w:szCs w:val="26"/>
        </w:rPr>
        <w:t>Trường hợp dự án có nhiều giai đoạn, từng giai đoạn được miêu tả như trên.</w:t>
      </w:r>
    </w:p>
    <w:p w14:paraId="4A176A71" w14:textId="77777777" w:rsidR="000529BD" w:rsidRPr="00AB0738" w:rsidRDefault="00AB0738">
      <w:pPr>
        <w:rPr>
          <w:sz w:val="26"/>
          <w:szCs w:val="26"/>
        </w:rPr>
      </w:pPr>
      <w:r w:rsidRPr="00AB0738">
        <w:rPr>
          <w:sz w:val="26"/>
          <w:szCs w:val="26"/>
        </w:rPr>
        <w:t>Trong trường hợp có mục tiêu đầu tư xây dựng nhà ở (để bán, cho thuê, cho thuê mua), khu đô thị đề nghị ghi rõ:</w:t>
      </w:r>
    </w:p>
    <w:p w14:paraId="7F5B4BEF" w14:textId="77777777" w:rsidR="000529BD" w:rsidRPr="00AB0738" w:rsidRDefault="00AB0738">
      <w:pPr>
        <w:rPr>
          <w:sz w:val="26"/>
          <w:szCs w:val="26"/>
        </w:rPr>
      </w:pPr>
      <w:r w:rsidRPr="00AB0738">
        <w:rPr>
          <w:sz w:val="26"/>
          <w:szCs w:val="26"/>
        </w:rPr>
        <w:t>- Diệ</w:t>
      </w:r>
      <w:r w:rsidRPr="00AB0738">
        <w:rPr>
          <w:sz w:val="26"/>
          <w:szCs w:val="26"/>
        </w:rPr>
        <w:t>n tích đất xây dựng: …. m²;</w:t>
      </w:r>
    </w:p>
    <w:p w14:paraId="6C7D1CB0" w14:textId="77777777" w:rsidR="000529BD" w:rsidRPr="00AB0738" w:rsidRDefault="00AB0738">
      <w:pPr>
        <w:rPr>
          <w:sz w:val="26"/>
          <w:szCs w:val="26"/>
        </w:rPr>
      </w:pPr>
      <w:r w:rsidRPr="00AB0738">
        <w:rPr>
          <w:sz w:val="26"/>
          <w:szCs w:val="26"/>
        </w:rPr>
        <w:lastRenderedPageBreak/>
        <w:t>- Diện tích sàn xây dựng nhà ở: …. m²;</w:t>
      </w:r>
    </w:p>
    <w:p w14:paraId="16C2785D" w14:textId="77777777" w:rsidR="000529BD" w:rsidRPr="00AB0738" w:rsidRDefault="00AB0738">
      <w:pPr>
        <w:rPr>
          <w:sz w:val="26"/>
          <w:szCs w:val="26"/>
        </w:rPr>
      </w:pPr>
      <w:r w:rsidRPr="00AB0738">
        <w:rPr>
          <w:sz w:val="26"/>
          <w:szCs w:val="26"/>
        </w:rPr>
        <w:t>- Loại nhà ở (nhà liền kề, căn hộ chung cư, biệt thự … theo quy định của Luật Nhà ở);</w:t>
      </w:r>
    </w:p>
    <w:p w14:paraId="3D9034F8" w14:textId="77777777" w:rsidR="000529BD" w:rsidRPr="00AB0738" w:rsidRDefault="00AB0738">
      <w:pPr>
        <w:rPr>
          <w:sz w:val="26"/>
          <w:szCs w:val="26"/>
        </w:rPr>
      </w:pPr>
      <w:r w:rsidRPr="00AB0738">
        <w:rPr>
          <w:sz w:val="26"/>
          <w:szCs w:val="26"/>
        </w:rPr>
        <w:t>- Số lượng nhà ở: ………… căn;</w:t>
      </w:r>
    </w:p>
    <w:p w14:paraId="604CD5E0" w14:textId="77777777" w:rsidR="000529BD" w:rsidRPr="00AB0738" w:rsidRDefault="00AB0738">
      <w:pPr>
        <w:rPr>
          <w:sz w:val="26"/>
          <w:szCs w:val="26"/>
        </w:rPr>
      </w:pPr>
      <w:r w:rsidRPr="00AB0738">
        <w:rPr>
          <w:sz w:val="26"/>
          <w:szCs w:val="26"/>
        </w:rPr>
        <w:t>- Quy mô dân số: …… người;</w:t>
      </w:r>
    </w:p>
    <w:p w14:paraId="7EB5CCA9" w14:textId="77777777" w:rsidR="000529BD" w:rsidRPr="00AB0738" w:rsidRDefault="00AB0738">
      <w:pPr>
        <w:rPr>
          <w:sz w:val="26"/>
          <w:szCs w:val="26"/>
        </w:rPr>
      </w:pPr>
      <w:r w:rsidRPr="00AB0738">
        <w:rPr>
          <w:sz w:val="26"/>
          <w:szCs w:val="26"/>
        </w:rPr>
        <w:t xml:space="preserve">- Vị trí dự án thuộc khu vực đô thị: </w:t>
      </w:r>
      <w:proofErr w:type="gramStart"/>
      <w:r w:rsidRPr="00AB0738">
        <w:rPr>
          <w:sz w:val="26"/>
          <w:szCs w:val="26"/>
        </w:rPr>
        <w:t>…..</w:t>
      </w:r>
      <w:proofErr w:type="gramEnd"/>
      <w:r w:rsidRPr="00AB0738">
        <w:rPr>
          <w:sz w:val="26"/>
          <w:szCs w:val="26"/>
        </w:rPr>
        <w:t xml:space="preserve"> (có/khô</w:t>
      </w:r>
      <w:r w:rsidRPr="00AB0738">
        <w:rPr>
          <w:sz w:val="26"/>
          <w:szCs w:val="26"/>
        </w:rPr>
        <w:t>ng);</w:t>
      </w:r>
    </w:p>
    <w:p w14:paraId="1F796AE1" w14:textId="77777777" w:rsidR="000529BD" w:rsidRPr="00AB0738" w:rsidRDefault="00AB0738">
      <w:pPr>
        <w:rPr>
          <w:sz w:val="26"/>
          <w:szCs w:val="26"/>
        </w:rPr>
      </w:pPr>
      <w:r w:rsidRPr="00AB0738">
        <w:rPr>
          <w:sz w:val="26"/>
          <w:szCs w:val="26"/>
        </w:rPr>
        <w:t xml:space="preserve">- Dự án thuộc phạm vi bảo vệ của di tích được cấp có thẩm quyền công nhận là di tích quốc gia, di tích quốc gia đặc biệt: </w:t>
      </w:r>
      <w:proofErr w:type="gramStart"/>
      <w:r w:rsidRPr="00AB0738">
        <w:rPr>
          <w:sz w:val="26"/>
          <w:szCs w:val="26"/>
        </w:rPr>
        <w:t>…..</w:t>
      </w:r>
      <w:proofErr w:type="gramEnd"/>
      <w:r w:rsidRPr="00AB0738">
        <w:rPr>
          <w:sz w:val="26"/>
          <w:szCs w:val="26"/>
        </w:rPr>
        <w:t xml:space="preserve"> (có/không);</w:t>
      </w:r>
    </w:p>
    <w:p w14:paraId="1005FA68" w14:textId="77777777" w:rsidR="000529BD" w:rsidRPr="00AB0738" w:rsidRDefault="00AB0738">
      <w:pPr>
        <w:rPr>
          <w:sz w:val="26"/>
          <w:szCs w:val="26"/>
        </w:rPr>
      </w:pPr>
      <w:r w:rsidRPr="00AB0738">
        <w:rPr>
          <w:sz w:val="26"/>
          <w:szCs w:val="26"/>
        </w:rPr>
        <w:t xml:space="preserve">- Dự án thuộc khu vực hạn chế phát triển hoặc nội đô lịch sử (được xác định trong đồ án quy hoạch đô thị) của đô </w:t>
      </w:r>
      <w:r w:rsidRPr="00AB0738">
        <w:rPr>
          <w:sz w:val="26"/>
          <w:szCs w:val="26"/>
        </w:rPr>
        <w:t xml:space="preserve">thị loại đặc biệt: </w:t>
      </w:r>
      <w:proofErr w:type="gramStart"/>
      <w:r w:rsidRPr="00AB0738">
        <w:rPr>
          <w:sz w:val="26"/>
          <w:szCs w:val="26"/>
        </w:rPr>
        <w:t>…..</w:t>
      </w:r>
      <w:proofErr w:type="gramEnd"/>
      <w:r w:rsidRPr="00AB0738">
        <w:rPr>
          <w:sz w:val="26"/>
          <w:szCs w:val="26"/>
        </w:rPr>
        <w:t xml:space="preserve"> (có/không).</w:t>
      </w:r>
    </w:p>
    <w:p w14:paraId="506411E4" w14:textId="77777777" w:rsidR="000529BD" w:rsidRPr="00AB0738" w:rsidRDefault="00AB0738">
      <w:pPr>
        <w:spacing w:before="40"/>
        <w:rPr>
          <w:sz w:val="26"/>
          <w:szCs w:val="26"/>
        </w:rPr>
      </w:pPr>
      <w:r w:rsidRPr="00AB0738">
        <w:rPr>
          <w:b/>
          <w:sz w:val="26"/>
          <w:szCs w:val="26"/>
        </w:rPr>
        <w:t>4. Vốn đầu tư:</w:t>
      </w:r>
    </w:p>
    <w:p w14:paraId="2A0F34D1" w14:textId="77777777" w:rsidR="000529BD" w:rsidRPr="00AB0738" w:rsidRDefault="00AB0738">
      <w:pPr>
        <w:rPr>
          <w:sz w:val="26"/>
          <w:szCs w:val="26"/>
        </w:rPr>
      </w:pPr>
      <w:r w:rsidRPr="00AB0738">
        <w:rPr>
          <w:sz w:val="26"/>
          <w:szCs w:val="26"/>
        </w:rPr>
        <w:t xml:space="preserve">4.1. Tổng vốn đầu tư: ….... (bằng chữ) đồng và tương đương …… (bằng chữ) đô la Mỹ (tỷ giá </w:t>
      </w:r>
      <w:proofErr w:type="gramStart"/>
      <w:r w:rsidRPr="00AB0738">
        <w:rPr>
          <w:sz w:val="26"/>
          <w:szCs w:val="26"/>
        </w:rPr>
        <w:t>.....</w:t>
      </w:r>
      <w:proofErr w:type="gramEnd"/>
      <w:r w:rsidRPr="00AB0738">
        <w:rPr>
          <w:sz w:val="26"/>
          <w:szCs w:val="26"/>
        </w:rPr>
        <w:t xml:space="preserve"> ngày </w:t>
      </w:r>
      <w:proofErr w:type="gramStart"/>
      <w:r w:rsidRPr="00AB0738">
        <w:rPr>
          <w:sz w:val="26"/>
          <w:szCs w:val="26"/>
        </w:rPr>
        <w:t>.....</w:t>
      </w:r>
      <w:proofErr w:type="gramEnd"/>
      <w:r w:rsidRPr="00AB0738">
        <w:rPr>
          <w:sz w:val="26"/>
          <w:szCs w:val="26"/>
        </w:rPr>
        <w:t xml:space="preserve"> của .......), trong đó:</w:t>
      </w:r>
    </w:p>
    <w:p w14:paraId="2469F95D" w14:textId="77777777" w:rsidR="000529BD" w:rsidRPr="00AB0738" w:rsidRDefault="00AB0738">
      <w:pPr>
        <w:rPr>
          <w:sz w:val="26"/>
          <w:szCs w:val="26"/>
          <w:lang w:val="fr-FR"/>
        </w:rPr>
      </w:pPr>
      <w:r w:rsidRPr="00AB0738">
        <w:rPr>
          <w:sz w:val="26"/>
          <w:szCs w:val="26"/>
        </w:rPr>
        <w:t xml:space="preserve">- Vốn góp của nhà đầu tư: ... (bằng chữ) đồng và tương đương … </w:t>
      </w:r>
      <w:r w:rsidRPr="00AB0738">
        <w:rPr>
          <w:sz w:val="26"/>
          <w:szCs w:val="26"/>
          <w:lang w:val="fr-FR"/>
        </w:rPr>
        <w:t>(</w:t>
      </w:r>
      <w:proofErr w:type="spellStart"/>
      <w:r w:rsidRPr="00AB0738">
        <w:rPr>
          <w:sz w:val="26"/>
          <w:szCs w:val="26"/>
          <w:lang w:val="fr-FR"/>
        </w:rPr>
        <w:t>bằng</w:t>
      </w:r>
      <w:proofErr w:type="spellEnd"/>
      <w:r w:rsidRPr="00AB0738">
        <w:rPr>
          <w:sz w:val="26"/>
          <w:szCs w:val="26"/>
          <w:lang w:val="fr-FR"/>
        </w:rPr>
        <w:t xml:space="preserve"> </w:t>
      </w:r>
      <w:proofErr w:type="spellStart"/>
      <w:r w:rsidRPr="00AB0738">
        <w:rPr>
          <w:sz w:val="26"/>
          <w:szCs w:val="26"/>
          <w:lang w:val="fr-FR"/>
        </w:rPr>
        <w:t>chữ</w:t>
      </w:r>
      <w:proofErr w:type="spellEnd"/>
      <w:r w:rsidRPr="00AB0738">
        <w:rPr>
          <w:sz w:val="26"/>
          <w:szCs w:val="26"/>
          <w:lang w:val="fr-FR"/>
        </w:rPr>
        <w:t xml:space="preserve">) </w:t>
      </w:r>
      <w:proofErr w:type="spellStart"/>
      <w:r w:rsidRPr="00AB0738">
        <w:rPr>
          <w:sz w:val="26"/>
          <w:szCs w:val="26"/>
          <w:lang w:val="fr-FR"/>
        </w:rPr>
        <w:t>đ</w:t>
      </w:r>
      <w:r w:rsidRPr="00AB0738">
        <w:rPr>
          <w:sz w:val="26"/>
          <w:szCs w:val="26"/>
          <w:lang w:val="fr-FR"/>
        </w:rPr>
        <w:t>ô</w:t>
      </w:r>
      <w:proofErr w:type="spellEnd"/>
      <w:r w:rsidRPr="00AB0738">
        <w:rPr>
          <w:sz w:val="26"/>
          <w:szCs w:val="26"/>
          <w:lang w:val="fr-FR"/>
        </w:rPr>
        <w:t xml:space="preserve"> la </w:t>
      </w:r>
      <w:proofErr w:type="spellStart"/>
      <w:r w:rsidRPr="00AB0738">
        <w:rPr>
          <w:sz w:val="26"/>
          <w:szCs w:val="26"/>
          <w:lang w:val="fr-FR"/>
        </w:rPr>
        <w:t>Mỹ</w:t>
      </w:r>
      <w:proofErr w:type="spellEnd"/>
      <w:r w:rsidRPr="00AB0738">
        <w:rPr>
          <w:sz w:val="26"/>
          <w:szCs w:val="26"/>
          <w:lang w:val="fr-FR"/>
        </w:rPr>
        <w:t>.</w:t>
      </w:r>
    </w:p>
    <w:p w14:paraId="10902A8C" w14:textId="77777777" w:rsidR="000529BD" w:rsidRPr="00AB0738" w:rsidRDefault="00AB0738">
      <w:pPr>
        <w:rPr>
          <w:sz w:val="26"/>
          <w:szCs w:val="26"/>
          <w:lang w:val="fr-FR"/>
        </w:rPr>
      </w:pPr>
      <w:r w:rsidRPr="00AB0738">
        <w:rPr>
          <w:sz w:val="26"/>
          <w:szCs w:val="26"/>
          <w:lang w:val="fr-FR"/>
        </w:rPr>
        <w:t xml:space="preserve">- </w:t>
      </w:r>
      <w:proofErr w:type="spellStart"/>
      <w:r w:rsidRPr="00AB0738">
        <w:rPr>
          <w:sz w:val="26"/>
          <w:szCs w:val="26"/>
          <w:lang w:val="fr-FR"/>
        </w:rPr>
        <w:t>Vốn</w:t>
      </w:r>
      <w:proofErr w:type="spellEnd"/>
      <w:r w:rsidRPr="00AB0738">
        <w:rPr>
          <w:sz w:val="26"/>
          <w:szCs w:val="26"/>
          <w:lang w:val="fr-FR"/>
        </w:rPr>
        <w:t xml:space="preserve"> </w:t>
      </w:r>
      <w:proofErr w:type="spellStart"/>
      <w:r w:rsidRPr="00AB0738">
        <w:rPr>
          <w:sz w:val="26"/>
          <w:szCs w:val="26"/>
          <w:lang w:val="fr-FR"/>
        </w:rPr>
        <w:t>huy</w:t>
      </w:r>
      <w:proofErr w:type="spellEnd"/>
      <w:r w:rsidRPr="00AB0738">
        <w:rPr>
          <w:sz w:val="26"/>
          <w:szCs w:val="26"/>
          <w:lang w:val="fr-FR"/>
        </w:rPr>
        <w:t xml:space="preserve"> </w:t>
      </w:r>
      <w:proofErr w:type="spellStart"/>
      <w:proofErr w:type="gramStart"/>
      <w:r w:rsidRPr="00AB0738">
        <w:rPr>
          <w:sz w:val="26"/>
          <w:szCs w:val="26"/>
          <w:lang w:val="fr-FR"/>
        </w:rPr>
        <w:t>động</w:t>
      </w:r>
      <w:proofErr w:type="spellEnd"/>
      <w:r w:rsidRPr="00AB0738">
        <w:rPr>
          <w:sz w:val="26"/>
          <w:szCs w:val="26"/>
          <w:lang w:val="fr-FR"/>
        </w:rPr>
        <w:t>:</w:t>
      </w:r>
      <w:proofErr w:type="gramEnd"/>
      <w:r w:rsidRPr="00AB0738">
        <w:rPr>
          <w:sz w:val="26"/>
          <w:szCs w:val="26"/>
          <w:lang w:val="fr-FR"/>
        </w:rPr>
        <w:t xml:space="preserve"> ……. (</w:t>
      </w:r>
      <w:proofErr w:type="spellStart"/>
      <w:proofErr w:type="gramStart"/>
      <w:r w:rsidRPr="00AB0738">
        <w:rPr>
          <w:sz w:val="26"/>
          <w:szCs w:val="26"/>
          <w:lang w:val="fr-FR"/>
        </w:rPr>
        <w:t>bằng</w:t>
      </w:r>
      <w:proofErr w:type="spellEnd"/>
      <w:proofErr w:type="gramEnd"/>
      <w:r w:rsidRPr="00AB0738">
        <w:rPr>
          <w:sz w:val="26"/>
          <w:szCs w:val="26"/>
          <w:lang w:val="fr-FR"/>
        </w:rPr>
        <w:t xml:space="preserve"> </w:t>
      </w:r>
      <w:proofErr w:type="spellStart"/>
      <w:r w:rsidRPr="00AB0738">
        <w:rPr>
          <w:sz w:val="26"/>
          <w:szCs w:val="26"/>
          <w:lang w:val="fr-FR"/>
        </w:rPr>
        <w:t>chữ</w:t>
      </w:r>
      <w:proofErr w:type="spellEnd"/>
      <w:r w:rsidRPr="00AB0738">
        <w:rPr>
          <w:sz w:val="26"/>
          <w:szCs w:val="26"/>
          <w:lang w:val="fr-FR"/>
        </w:rPr>
        <w:t xml:space="preserve">) </w:t>
      </w:r>
      <w:proofErr w:type="spellStart"/>
      <w:r w:rsidRPr="00AB0738">
        <w:rPr>
          <w:sz w:val="26"/>
          <w:szCs w:val="26"/>
          <w:lang w:val="fr-FR"/>
        </w:rPr>
        <w:t>đồng</w:t>
      </w:r>
      <w:proofErr w:type="spellEnd"/>
      <w:r w:rsidRPr="00AB0738">
        <w:rPr>
          <w:sz w:val="26"/>
          <w:szCs w:val="26"/>
          <w:lang w:val="fr-FR"/>
        </w:rPr>
        <w:t xml:space="preserve"> </w:t>
      </w:r>
      <w:proofErr w:type="spellStart"/>
      <w:r w:rsidRPr="00AB0738">
        <w:rPr>
          <w:sz w:val="26"/>
          <w:szCs w:val="26"/>
          <w:lang w:val="fr-FR"/>
        </w:rPr>
        <w:t>và</w:t>
      </w:r>
      <w:proofErr w:type="spellEnd"/>
      <w:r w:rsidRPr="00AB0738">
        <w:rPr>
          <w:sz w:val="26"/>
          <w:szCs w:val="26"/>
          <w:lang w:val="fr-FR"/>
        </w:rPr>
        <w:t xml:space="preserve"> </w:t>
      </w:r>
      <w:proofErr w:type="spellStart"/>
      <w:r w:rsidRPr="00AB0738">
        <w:rPr>
          <w:sz w:val="26"/>
          <w:szCs w:val="26"/>
          <w:lang w:val="fr-FR"/>
        </w:rPr>
        <w:t>tương</w:t>
      </w:r>
      <w:proofErr w:type="spellEnd"/>
      <w:r w:rsidRPr="00AB0738">
        <w:rPr>
          <w:sz w:val="26"/>
          <w:szCs w:val="26"/>
          <w:lang w:val="fr-FR"/>
        </w:rPr>
        <w:t xml:space="preserve"> </w:t>
      </w:r>
      <w:proofErr w:type="spellStart"/>
      <w:r w:rsidRPr="00AB0738">
        <w:rPr>
          <w:sz w:val="26"/>
          <w:szCs w:val="26"/>
          <w:lang w:val="fr-FR"/>
        </w:rPr>
        <w:t>đương</w:t>
      </w:r>
      <w:proofErr w:type="spellEnd"/>
      <w:r w:rsidRPr="00AB0738">
        <w:rPr>
          <w:sz w:val="26"/>
          <w:szCs w:val="26"/>
          <w:lang w:val="fr-FR"/>
        </w:rPr>
        <w:t xml:space="preserve"> … (</w:t>
      </w:r>
      <w:proofErr w:type="spellStart"/>
      <w:r w:rsidRPr="00AB0738">
        <w:rPr>
          <w:sz w:val="26"/>
          <w:szCs w:val="26"/>
          <w:lang w:val="fr-FR"/>
        </w:rPr>
        <w:t>bằng</w:t>
      </w:r>
      <w:proofErr w:type="spellEnd"/>
      <w:r w:rsidRPr="00AB0738">
        <w:rPr>
          <w:sz w:val="26"/>
          <w:szCs w:val="26"/>
          <w:lang w:val="fr-FR"/>
        </w:rPr>
        <w:t xml:space="preserve"> </w:t>
      </w:r>
      <w:proofErr w:type="spellStart"/>
      <w:r w:rsidRPr="00AB0738">
        <w:rPr>
          <w:sz w:val="26"/>
          <w:szCs w:val="26"/>
          <w:lang w:val="fr-FR"/>
        </w:rPr>
        <w:t>chữ</w:t>
      </w:r>
      <w:proofErr w:type="spellEnd"/>
      <w:r w:rsidRPr="00AB0738">
        <w:rPr>
          <w:sz w:val="26"/>
          <w:szCs w:val="26"/>
          <w:lang w:val="fr-FR"/>
        </w:rPr>
        <w:t xml:space="preserve">) </w:t>
      </w:r>
      <w:proofErr w:type="spellStart"/>
      <w:r w:rsidRPr="00AB0738">
        <w:rPr>
          <w:sz w:val="26"/>
          <w:szCs w:val="26"/>
          <w:lang w:val="fr-FR"/>
        </w:rPr>
        <w:t>đô</w:t>
      </w:r>
      <w:proofErr w:type="spellEnd"/>
      <w:r w:rsidRPr="00AB0738">
        <w:rPr>
          <w:sz w:val="26"/>
          <w:szCs w:val="26"/>
          <w:lang w:val="fr-FR"/>
        </w:rPr>
        <w:t xml:space="preserve"> la </w:t>
      </w:r>
      <w:proofErr w:type="spellStart"/>
      <w:r w:rsidRPr="00AB0738">
        <w:rPr>
          <w:sz w:val="26"/>
          <w:szCs w:val="26"/>
          <w:lang w:val="fr-FR"/>
        </w:rPr>
        <w:t>Mỹ</w:t>
      </w:r>
      <w:proofErr w:type="spellEnd"/>
      <w:r w:rsidRPr="00AB0738">
        <w:rPr>
          <w:sz w:val="26"/>
          <w:szCs w:val="26"/>
          <w:lang w:val="fr-FR"/>
        </w:rPr>
        <w:t xml:space="preserve">, </w:t>
      </w:r>
      <w:proofErr w:type="spellStart"/>
      <w:r w:rsidRPr="00AB0738">
        <w:rPr>
          <w:sz w:val="26"/>
          <w:szCs w:val="26"/>
          <w:lang w:val="fr-FR"/>
        </w:rPr>
        <w:t>trong</w:t>
      </w:r>
      <w:proofErr w:type="spellEnd"/>
      <w:r w:rsidRPr="00AB0738">
        <w:rPr>
          <w:sz w:val="26"/>
          <w:szCs w:val="26"/>
          <w:lang w:val="fr-FR"/>
        </w:rPr>
        <w:t xml:space="preserve"> </w:t>
      </w:r>
      <w:proofErr w:type="spellStart"/>
      <w:r w:rsidRPr="00AB0738">
        <w:rPr>
          <w:sz w:val="26"/>
          <w:szCs w:val="26"/>
          <w:lang w:val="fr-FR"/>
        </w:rPr>
        <w:t>đó</w:t>
      </w:r>
      <w:proofErr w:type="spellEnd"/>
      <w:r w:rsidRPr="00AB0738">
        <w:rPr>
          <w:sz w:val="26"/>
          <w:szCs w:val="26"/>
          <w:lang w:val="fr-FR"/>
        </w:rPr>
        <w:t>:</w:t>
      </w:r>
    </w:p>
    <w:p w14:paraId="05BCF476" w14:textId="77777777" w:rsidR="000529BD" w:rsidRPr="00AB0738" w:rsidRDefault="00AB0738">
      <w:pPr>
        <w:rPr>
          <w:sz w:val="26"/>
          <w:szCs w:val="26"/>
          <w:lang w:val="fr-FR"/>
        </w:rPr>
      </w:pPr>
      <w:r w:rsidRPr="00AB0738">
        <w:rPr>
          <w:sz w:val="26"/>
          <w:szCs w:val="26"/>
          <w:lang w:val="fr-FR"/>
        </w:rPr>
        <w:t xml:space="preserve">+ </w:t>
      </w:r>
      <w:proofErr w:type="spellStart"/>
      <w:r w:rsidRPr="00AB0738">
        <w:rPr>
          <w:sz w:val="26"/>
          <w:szCs w:val="26"/>
          <w:lang w:val="fr-FR"/>
        </w:rPr>
        <w:t>Vốn</w:t>
      </w:r>
      <w:proofErr w:type="spellEnd"/>
      <w:r w:rsidRPr="00AB0738">
        <w:rPr>
          <w:sz w:val="26"/>
          <w:szCs w:val="26"/>
          <w:lang w:val="fr-FR"/>
        </w:rPr>
        <w:t xml:space="preserve"> </w:t>
      </w:r>
      <w:proofErr w:type="spellStart"/>
      <w:r w:rsidRPr="00AB0738">
        <w:rPr>
          <w:sz w:val="26"/>
          <w:szCs w:val="26"/>
          <w:lang w:val="fr-FR"/>
        </w:rPr>
        <w:t>vay</w:t>
      </w:r>
      <w:proofErr w:type="spellEnd"/>
      <w:r w:rsidRPr="00AB0738">
        <w:rPr>
          <w:sz w:val="26"/>
          <w:szCs w:val="26"/>
          <w:lang w:val="fr-FR"/>
        </w:rPr>
        <w:t xml:space="preserve"> </w:t>
      </w:r>
      <w:proofErr w:type="spellStart"/>
      <w:r w:rsidRPr="00AB0738">
        <w:rPr>
          <w:sz w:val="26"/>
          <w:szCs w:val="26"/>
          <w:lang w:val="fr-FR"/>
        </w:rPr>
        <w:t>từ</w:t>
      </w:r>
      <w:proofErr w:type="spellEnd"/>
      <w:r w:rsidRPr="00AB0738">
        <w:rPr>
          <w:sz w:val="26"/>
          <w:szCs w:val="26"/>
          <w:lang w:val="fr-FR"/>
        </w:rPr>
        <w:t xml:space="preserve"> </w:t>
      </w:r>
      <w:proofErr w:type="spellStart"/>
      <w:r w:rsidRPr="00AB0738">
        <w:rPr>
          <w:sz w:val="26"/>
          <w:szCs w:val="26"/>
          <w:lang w:val="fr-FR"/>
        </w:rPr>
        <w:t>các</w:t>
      </w:r>
      <w:proofErr w:type="spellEnd"/>
      <w:r w:rsidRPr="00AB0738">
        <w:rPr>
          <w:sz w:val="26"/>
          <w:szCs w:val="26"/>
          <w:lang w:val="fr-FR"/>
        </w:rPr>
        <w:t xml:space="preserve"> </w:t>
      </w:r>
      <w:proofErr w:type="spellStart"/>
      <w:r w:rsidRPr="00AB0738">
        <w:rPr>
          <w:sz w:val="26"/>
          <w:szCs w:val="26"/>
          <w:lang w:val="fr-FR"/>
        </w:rPr>
        <w:t>tổ</w:t>
      </w:r>
      <w:proofErr w:type="spellEnd"/>
      <w:r w:rsidRPr="00AB0738">
        <w:rPr>
          <w:sz w:val="26"/>
          <w:szCs w:val="26"/>
          <w:lang w:val="fr-FR"/>
        </w:rPr>
        <w:t xml:space="preserve"> </w:t>
      </w:r>
      <w:proofErr w:type="spellStart"/>
      <w:r w:rsidRPr="00AB0738">
        <w:rPr>
          <w:sz w:val="26"/>
          <w:szCs w:val="26"/>
          <w:lang w:val="fr-FR"/>
        </w:rPr>
        <w:t>chức</w:t>
      </w:r>
      <w:proofErr w:type="spellEnd"/>
      <w:r w:rsidRPr="00AB0738">
        <w:rPr>
          <w:sz w:val="26"/>
          <w:szCs w:val="26"/>
          <w:lang w:val="fr-FR"/>
        </w:rPr>
        <w:t xml:space="preserve"> </w:t>
      </w:r>
      <w:proofErr w:type="spellStart"/>
      <w:r w:rsidRPr="00AB0738">
        <w:rPr>
          <w:sz w:val="26"/>
          <w:szCs w:val="26"/>
          <w:lang w:val="fr-FR"/>
        </w:rPr>
        <w:t>tín</w:t>
      </w:r>
      <w:proofErr w:type="spellEnd"/>
      <w:r w:rsidRPr="00AB0738">
        <w:rPr>
          <w:sz w:val="26"/>
          <w:szCs w:val="26"/>
          <w:lang w:val="fr-FR"/>
        </w:rPr>
        <w:t xml:space="preserve"> </w:t>
      </w:r>
      <w:proofErr w:type="spellStart"/>
      <w:proofErr w:type="gramStart"/>
      <w:r w:rsidRPr="00AB0738">
        <w:rPr>
          <w:sz w:val="26"/>
          <w:szCs w:val="26"/>
          <w:lang w:val="fr-FR"/>
        </w:rPr>
        <w:t>dụng</w:t>
      </w:r>
      <w:proofErr w:type="spellEnd"/>
      <w:r w:rsidRPr="00AB0738">
        <w:rPr>
          <w:sz w:val="26"/>
          <w:szCs w:val="26"/>
          <w:lang w:val="fr-FR"/>
        </w:rPr>
        <w:t>:</w:t>
      </w:r>
      <w:proofErr w:type="gramEnd"/>
    </w:p>
    <w:p w14:paraId="3CFAFDCD" w14:textId="77777777" w:rsidR="000529BD" w:rsidRPr="00AB0738" w:rsidRDefault="00AB0738">
      <w:pPr>
        <w:rPr>
          <w:sz w:val="26"/>
          <w:szCs w:val="26"/>
          <w:lang w:val="fr-FR"/>
        </w:rPr>
      </w:pPr>
      <w:r w:rsidRPr="00AB0738">
        <w:rPr>
          <w:sz w:val="26"/>
          <w:szCs w:val="26"/>
          <w:lang w:val="fr-FR"/>
        </w:rPr>
        <w:t xml:space="preserve">+ </w:t>
      </w:r>
      <w:proofErr w:type="spellStart"/>
      <w:r w:rsidRPr="00AB0738">
        <w:rPr>
          <w:sz w:val="26"/>
          <w:szCs w:val="26"/>
          <w:lang w:val="fr-FR"/>
        </w:rPr>
        <w:t>Vốn</w:t>
      </w:r>
      <w:proofErr w:type="spellEnd"/>
      <w:r w:rsidRPr="00AB0738">
        <w:rPr>
          <w:sz w:val="26"/>
          <w:szCs w:val="26"/>
          <w:lang w:val="fr-FR"/>
        </w:rPr>
        <w:t xml:space="preserve"> </w:t>
      </w:r>
      <w:proofErr w:type="spellStart"/>
      <w:r w:rsidRPr="00AB0738">
        <w:rPr>
          <w:sz w:val="26"/>
          <w:szCs w:val="26"/>
          <w:lang w:val="fr-FR"/>
        </w:rPr>
        <w:t>huy</w:t>
      </w:r>
      <w:proofErr w:type="spellEnd"/>
      <w:r w:rsidRPr="00AB0738">
        <w:rPr>
          <w:sz w:val="26"/>
          <w:szCs w:val="26"/>
          <w:lang w:val="fr-FR"/>
        </w:rPr>
        <w:t xml:space="preserve"> </w:t>
      </w:r>
      <w:proofErr w:type="spellStart"/>
      <w:r w:rsidRPr="00AB0738">
        <w:rPr>
          <w:sz w:val="26"/>
          <w:szCs w:val="26"/>
          <w:lang w:val="fr-FR"/>
        </w:rPr>
        <w:t>động</w:t>
      </w:r>
      <w:proofErr w:type="spellEnd"/>
      <w:r w:rsidRPr="00AB0738">
        <w:rPr>
          <w:sz w:val="26"/>
          <w:szCs w:val="26"/>
          <w:lang w:val="fr-FR"/>
        </w:rPr>
        <w:t xml:space="preserve"> </w:t>
      </w:r>
      <w:proofErr w:type="spellStart"/>
      <w:r w:rsidRPr="00AB0738">
        <w:rPr>
          <w:sz w:val="26"/>
          <w:szCs w:val="26"/>
          <w:lang w:val="fr-FR"/>
        </w:rPr>
        <w:t>từ</w:t>
      </w:r>
      <w:proofErr w:type="spellEnd"/>
      <w:r w:rsidRPr="00AB0738">
        <w:rPr>
          <w:sz w:val="26"/>
          <w:szCs w:val="26"/>
          <w:lang w:val="fr-FR"/>
        </w:rPr>
        <w:t xml:space="preserve"> </w:t>
      </w:r>
      <w:proofErr w:type="spellStart"/>
      <w:r w:rsidRPr="00AB0738">
        <w:rPr>
          <w:sz w:val="26"/>
          <w:szCs w:val="26"/>
          <w:lang w:val="fr-FR"/>
        </w:rPr>
        <w:t>cổ</w:t>
      </w:r>
      <w:proofErr w:type="spellEnd"/>
      <w:r w:rsidRPr="00AB0738">
        <w:rPr>
          <w:sz w:val="26"/>
          <w:szCs w:val="26"/>
          <w:lang w:val="fr-FR"/>
        </w:rPr>
        <w:t xml:space="preserve"> </w:t>
      </w:r>
      <w:proofErr w:type="spellStart"/>
      <w:r w:rsidRPr="00AB0738">
        <w:rPr>
          <w:sz w:val="26"/>
          <w:szCs w:val="26"/>
          <w:lang w:val="fr-FR"/>
        </w:rPr>
        <w:t>đông</w:t>
      </w:r>
      <w:proofErr w:type="spellEnd"/>
      <w:r w:rsidRPr="00AB0738">
        <w:rPr>
          <w:sz w:val="26"/>
          <w:szCs w:val="26"/>
          <w:lang w:val="fr-FR"/>
        </w:rPr>
        <w:t xml:space="preserve">, </w:t>
      </w:r>
      <w:proofErr w:type="spellStart"/>
      <w:r w:rsidRPr="00AB0738">
        <w:rPr>
          <w:sz w:val="26"/>
          <w:szCs w:val="26"/>
          <w:lang w:val="fr-FR"/>
        </w:rPr>
        <w:t>thành</w:t>
      </w:r>
      <w:proofErr w:type="spellEnd"/>
      <w:r w:rsidRPr="00AB0738">
        <w:rPr>
          <w:sz w:val="26"/>
          <w:szCs w:val="26"/>
          <w:lang w:val="fr-FR"/>
        </w:rPr>
        <w:t xml:space="preserve"> </w:t>
      </w:r>
      <w:proofErr w:type="spellStart"/>
      <w:r w:rsidRPr="00AB0738">
        <w:rPr>
          <w:sz w:val="26"/>
          <w:szCs w:val="26"/>
          <w:lang w:val="fr-FR"/>
        </w:rPr>
        <w:t>viên</w:t>
      </w:r>
      <w:proofErr w:type="spellEnd"/>
      <w:r w:rsidRPr="00AB0738">
        <w:rPr>
          <w:sz w:val="26"/>
          <w:szCs w:val="26"/>
          <w:lang w:val="fr-FR"/>
        </w:rPr>
        <w:t xml:space="preserve">, </w:t>
      </w:r>
      <w:proofErr w:type="spellStart"/>
      <w:r w:rsidRPr="00AB0738">
        <w:rPr>
          <w:sz w:val="26"/>
          <w:szCs w:val="26"/>
          <w:lang w:val="fr-FR"/>
        </w:rPr>
        <w:t>từ</w:t>
      </w:r>
      <w:proofErr w:type="spellEnd"/>
      <w:r w:rsidRPr="00AB0738">
        <w:rPr>
          <w:sz w:val="26"/>
          <w:szCs w:val="26"/>
          <w:lang w:val="fr-FR"/>
        </w:rPr>
        <w:t xml:space="preserve"> </w:t>
      </w:r>
      <w:proofErr w:type="spellStart"/>
      <w:r w:rsidRPr="00AB0738">
        <w:rPr>
          <w:sz w:val="26"/>
          <w:szCs w:val="26"/>
          <w:lang w:val="fr-FR"/>
        </w:rPr>
        <w:t>các</w:t>
      </w:r>
      <w:proofErr w:type="spellEnd"/>
      <w:r w:rsidRPr="00AB0738">
        <w:rPr>
          <w:sz w:val="26"/>
          <w:szCs w:val="26"/>
          <w:lang w:val="fr-FR"/>
        </w:rPr>
        <w:t xml:space="preserve"> </w:t>
      </w:r>
      <w:proofErr w:type="spellStart"/>
      <w:r w:rsidRPr="00AB0738">
        <w:rPr>
          <w:sz w:val="26"/>
          <w:szCs w:val="26"/>
          <w:lang w:val="fr-FR"/>
        </w:rPr>
        <w:t>chủ</w:t>
      </w:r>
      <w:proofErr w:type="spellEnd"/>
      <w:r w:rsidRPr="00AB0738">
        <w:rPr>
          <w:sz w:val="26"/>
          <w:szCs w:val="26"/>
          <w:lang w:val="fr-FR"/>
        </w:rPr>
        <w:t xml:space="preserve"> </w:t>
      </w:r>
      <w:proofErr w:type="spellStart"/>
      <w:r w:rsidRPr="00AB0738">
        <w:rPr>
          <w:sz w:val="26"/>
          <w:szCs w:val="26"/>
          <w:lang w:val="fr-FR"/>
        </w:rPr>
        <w:t>thể</w:t>
      </w:r>
      <w:proofErr w:type="spellEnd"/>
      <w:r w:rsidRPr="00AB0738">
        <w:rPr>
          <w:sz w:val="26"/>
          <w:szCs w:val="26"/>
          <w:lang w:val="fr-FR"/>
        </w:rPr>
        <w:t xml:space="preserve"> </w:t>
      </w:r>
      <w:proofErr w:type="spellStart"/>
      <w:proofErr w:type="gramStart"/>
      <w:r w:rsidRPr="00AB0738">
        <w:rPr>
          <w:sz w:val="26"/>
          <w:szCs w:val="26"/>
          <w:lang w:val="fr-FR"/>
        </w:rPr>
        <w:t>khác</w:t>
      </w:r>
      <w:proofErr w:type="spellEnd"/>
      <w:r w:rsidRPr="00AB0738">
        <w:rPr>
          <w:sz w:val="26"/>
          <w:szCs w:val="26"/>
          <w:lang w:val="fr-FR"/>
        </w:rPr>
        <w:t>:</w:t>
      </w:r>
      <w:proofErr w:type="gramEnd"/>
    </w:p>
    <w:p w14:paraId="03E77E63" w14:textId="77777777" w:rsidR="000529BD" w:rsidRPr="00AB0738" w:rsidRDefault="00AB0738">
      <w:pPr>
        <w:rPr>
          <w:sz w:val="26"/>
          <w:szCs w:val="26"/>
          <w:lang w:val="fr-FR"/>
        </w:rPr>
      </w:pPr>
      <w:r w:rsidRPr="00AB0738">
        <w:rPr>
          <w:sz w:val="26"/>
          <w:szCs w:val="26"/>
          <w:lang w:val="fr-FR"/>
        </w:rPr>
        <w:t xml:space="preserve">+ </w:t>
      </w:r>
      <w:proofErr w:type="spellStart"/>
      <w:r w:rsidRPr="00AB0738">
        <w:rPr>
          <w:sz w:val="26"/>
          <w:szCs w:val="26"/>
          <w:lang w:val="fr-FR"/>
        </w:rPr>
        <w:t>Vốn</w:t>
      </w:r>
      <w:proofErr w:type="spellEnd"/>
      <w:r w:rsidRPr="00AB0738">
        <w:rPr>
          <w:sz w:val="26"/>
          <w:szCs w:val="26"/>
          <w:lang w:val="fr-FR"/>
        </w:rPr>
        <w:t xml:space="preserve"> </w:t>
      </w:r>
      <w:proofErr w:type="spellStart"/>
      <w:r w:rsidRPr="00AB0738">
        <w:rPr>
          <w:sz w:val="26"/>
          <w:szCs w:val="26"/>
          <w:lang w:val="fr-FR"/>
        </w:rPr>
        <w:t>huy</w:t>
      </w:r>
      <w:proofErr w:type="spellEnd"/>
      <w:r w:rsidRPr="00AB0738">
        <w:rPr>
          <w:sz w:val="26"/>
          <w:szCs w:val="26"/>
          <w:lang w:val="fr-FR"/>
        </w:rPr>
        <w:t xml:space="preserve"> </w:t>
      </w:r>
      <w:proofErr w:type="spellStart"/>
      <w:r w:rsidRPr="00AB0738">
        <w:rPr>
          <w:sz w:val="26"/>
          <w:szCs w:val="26"/>
          <w:lang w:val="fr-FR"/>
        </w:rPr>
        <w:t>động</w:t>
      </w:r>
      <w:proofErr w:type="spellEnd"/>
      <w:r w:rsidRPr="00AB0738">
        <w:rPr>
          <w:sz w:val="26"/>
          <w:szCs w:val="26"/>
          <w:lang w:val="fr-FR"/>
        </w:rPr>
        <w:t xml:space="preserve"> </w:t>
      </w:r>
      <w:proofErr w:type="spellStart"/>
      <w:r w:rsidRPr="00AB0738">
        <w:rPr>
          <w:sz w:val="26"/>
          <w:szCs w:val="26"/>
          <w:lang w:val="fr-FR"/>
        </w:rPr>
        <w:t>từ</w:t>
      </w:r>
      <w:proofErr w:type="spellEnd"/>
      <w:r w:rsidRPr="00AB0738">
        <w:rPr>
          <w:sz w:val="26"/>
          <w:szCs w:val="26"/>
          <w:lang w:val="fr-FR"/>
        </w:rPr>
        <w:t xml:space="preserve"> </w:t>
      </w:r>
      <w:proofErr w:type="spellStart"/>
      <w:r w:rsidRPr="00AB0738">
        <w:rPr>
          <w:sz w:val="26"/>
          <w:szCs w:val="26"/>
          <w:lang w:val="fr-FR"/>
        </w:rPr>
        <w:t>nguồn</w:t>
      </w:r>
      <w:proofErr w:type="spellEnd"/>
      <w:r w:rsidRPr="00AB0738">
        <w:rPr>
          <w:sz w:val="26"/>
          <w:szCs w:val="26"/>
          <w:lang w:val="fr-FR"/>
        </w:rPr>
        <w:t xml:space="preserve"> </w:t>
      </w:r>
      <w:proofErr w:type="spellStart"/>
      <w:r w:rsidRPr="00AB0738">
        <w:rPr>
          <w:sz w:val="26"/>
          <w:szCs w:val="26"/>
          <w:lang w:val="fr-FR"/>
        </w:rPr>
        <w:t>khác</w:t>
      </w:r>
      <w:proofErr w:type="spellEnd"/>
      <w:r w:rsidRPr="00AB0738">
        <w:rPr>
          <w:sz w:val="26"/>
          <w:szCs w:val="26"/>
          <w:lang w:val="fr-FR"/>
        </w:rPr>
        <w:t xml:space="preserve"> (</w:t>
      </w:r>
      <w:proofErr w:type="spellStart"/>
      <w:r w:rsidRPr="00AB0738">
        <w:rPr>
          <w:sz w:val="26"/>
          <w:szCs w:val="26"/>
          <w:lang w:val="fr-FR"/>
        </w:rPr>
        <w:t>ghi</w:t>
      </w:r>
      <w:proofErr w:type="spellEnd"/>
      <w:r w:rsidRPr="00AB0738">
        <w:rPr>
          <w:sz w:val="26"/>
          <w:szCs w:val="26"/>
          <w:lang w:val="fr-FR"/>
        </w:rPr>
        <w:t xml:space="preserve"> </w:t>
      </w:r>
      <w:proofErr w:type="spellStart"/>
      <w:r w:rsidRPr="00AB0738">
        <w:rPr>
          <w:sz w:val="26"/>
          <w:szCs w:val="26"/>
          <w:lang w:val="fr-FR"/>
        </w:rPr>
        <w:t>rõ</w:t>
      </w:r>
      <w:proofErr w:type="spellEnd"/>
      <w:r w:rsidRPr="00AB0738">
        <w:rPr>
          <w:sz w:val="26"/>
          <w:szCs w:val="26"/>
          <w:lang w:val="fr-FR"/>
        </w:rPr>
        <w:t xml:space="preserve"> </w:t>
      </w:r>
      <w:proofErr w:type="spellStart"/>
      <w:r w:rsidRPr="00AB0738">
        <w:rPr>
          <w:sz w:val="26"/>
          <w:szCs w:val="26"/>
          <w:lang w:val="fr-FR"/>
        </w:rPr>
        <w:t>nguồn</w:t>
      </w:r>
      <w:proofErr w:type="spellEnd"/>
      <w:proofErr w:type="gramStart"/>
      <w:r w:rsidRPr="00AB0738">
        <w:rPr>
          <w:sz w:val="26"/>
          <w:szCs w:val="26"/>
          <w:lang w:val="fr-FR"/>
        </w:rPr>
        <w:t>):</w:t>
      </w:r>
      <w:proofErr w:type="gramEnd"/>
    </w:p>
    <w:p w14:paraId="62E8586E" w14:textId="77777777" w:rsidR="000529BD" w:rsidRPr="00AB0738" w:rsidRDefault="00AB0738">
      <w:pPr>
        <w:rPr>
          <w:sz w:val="26"/>
          <w:szCs w:val="26"/>
          <w:lang w:val="fr-FR"/>
        </w:rPr>
      </w:pPr>
      <w:r w:rsidRPr="00AB0738">
        <w:rPr>
          <w:sz w:val="26"/>
          <w:szCs w:val="26"/>
          <w:lang w:val="fr-FR"/>
        </w:rPr>
        <w:t xml:space="preserve">- </w:t>
      </w:r>
      <w:proofErr w:type="spellStart"/>
      <w:r w:rsidRPr="00AB0738">
        <w:rPr>
          <w:sz w:val="26"/>
          <w:szCs w:val="26"/>
          <w:lang w:val="fr-FR"/>
        </w:rPr>
        <w:t>Lợi</w:t>
      </w:r>
      <w:proofErr w:type="spellEnd"/>
      <w:r w:rsidRPr="00AB0738">
        <w:rPr>
          <w:sz w:val="26"/>
          <w:szCs w:val="26"/>
          <w:lang w:val="fr-FR"/>
        </w:rPr>
        <w:t xml:space="preserve"> </w:t>
      </w:r>
      <w:proofErr w:type="spellStart"/>
      <w:r w:rsidRPr="00AB0738">
        <w:rPr>
          <w:sz w:val="26"/>
          <w:szCs w:val="26"/>
          <w:lang w:val="fr-FR"/>
        </w:rPr>
        <w:t>nhuận</w:t>
      </w:r>
      <w:proofErr w:type="spellEnd"/>
      <w:r w:rsidRPr="00AB0738">
        <w:rPr>
          <w:sz w:val="26"/>
          <w:szCs w:val="26"/>
          <w:lang w:val="fr-FR"/>
        </w:rPr>
        <w:t xml:space="preserve"> </w:t>
      </w:r>
      <w:proofErr w:type="spellStart"/>
      <w:r w:rsidRPr="00AB0738">
        <w:rPr>
          <w:sz w:val="26"/>
          <w:szCs w:val="26"/>
          <w:lang w:val="fr-FR"/>
        </w:rPr>
        <w:t>để</w:t>
      </w:r>
      <w:proofErr w:type="spellEnd"/>
      <w:r w:rsidRPr="00AB0738">
        <w:rPr>
          <w:sz w:val="26"/>
          <w:szCs w:val="26"/>
          <w:lang w:val="fr-FR"/>
        </w:rPr>
        <w:t xml:space="preserve"> </w:t>
      </w:r>
      <w:proofErr w:type="spellStart"/>
      <w:r w:rsidRPr="00AB0738">
        <w:rPr>
          <w:sz w:val="26"/>
          <w:szCs w:val="26"/>
          <w:lang w:val="fr-FR"/>
        </w:rPr>
        <w:t>lại</w:t>
      </w:r>
      <w:proofErr w:type="spellEnd"/>
      <w:r w:rsidRPr="00AB0738">
        <w:rPr>
          <w:sz w:val="26"/>
          <w:szCs w:val="26"/>
          <w:lang w:val="fr-FR"/>
        </w:rPr>
        <w:t xml:space="preserve"> </w:t>
      </w:r>
      <w:proofErr w:type="spellStart"/>
      <w:r w:rsidRPr="00AB0738">
        <w:rPr>
          <w:sz w:val="26"/>
          <w:szCs w:val="26"/>
          <w:lang w:val="fr-FR"/>
        </w:rPr>
        <w:t>của</w:t>
      </w:r>
      <w:proofErr w:type="spellEnd"/>
      <w:r w:rsidRPr="00AB0738">
        <w:rPr>
          <w:sz w:val="26"/>
          <w:szCs w:val="26"/>
          <w:lang w:val="fr-FR"/>
        </w:rPr>
        <w:t xml:space="preserve"> </w:t>
      </w:r>
      <w:proofErr w:type="spellStart"/>
      <w:r w:rsidRPr="00AB0738">
        <w:rPr>
          <w:sz w:val="26"/>
          <w:szCs w:val="26"/>
          <w:lang w:val="fr-FR"/>
        </w:rPr>
        <w:t>nhà</w:t>
      </w:r>
      <w:proofErr w:type="spellEnd"/>
      <w:r w:rsidRPr="00AB0738">
        <w:rPr>
          <w:sz w:val="26"/>
          <w:szCs w:val="26"/>
          <w:lang w:val="fr-FR"/>
        </w:rPr>
        <w:t xml:space="preserve"> </w:t>
      </w:r>
      <w:proofErr w:type="spellStart"/>
      <w:r w:rsidRPr="00AB0738">
        <w:rPr>
          <w:sz w:val="26"/>
          <w:szCs w:val="26"/>
          <w:lang w:val="fr-FR"/>
        </w:rPr>
        <w:t>đầu</w:t>
      </w:r>
      <w:proofErr w:type="spellEnd"/>
      <w:r w:rsidRPr="00AB0738">
        <w:rPr>
          <w:sz w:val="26"/>
          <w:szCs w:val="26"/>
          <w:lang w:val="fr-FR"/>
        </w:rPr>
        <w:t xml:space="preserve"> </w:t>
      </w:r>
      <w:proofErr w:type="spellStart"/>
      <w:r w:rsidRPr="00AB0738">
        <w:rPr>
          <w:sz w:val="26"/>
          <w:szCs w:val="26"/>
          <w:lang w:val="fr-FR"/>
        </w:rPr>
        <w:t>tư</w:t>
      </w:r>
      <w:proofErr w:type="spellEnd"/>
      <w:r w:rsidRPr="00AB0738">
        <w:rPr>
          <w:sz w:val="26"/>
          <w:szCs w:val="26"/>
          <w:lang w:val="fr-FR"/>
        </w:rPr>
        <w:t xml:space="preserve"> </w:t>
      </w:r>
      <w:proofErr w:type="spellStart"/>
      <w:r w:rsidRPr="00AB0738">
        <w:rPr>
          <w:sz w:val="26"/>
          <w:szCs w:val="26"/>
          <w:lang w:val="fr-FR"/>
        </w:rPr>
        <w:t>để</w:t>
      </w:r>
      <w:proofErr w:type="spellEnd"/>
      <w:r w:rsidRPr="00AB0738">
        <w:rPr>
          <w:sz w:val="26"/>
          <w:szCs w:val="26"/>
          <w:lang w:val="fr-FR"/>
        </w:rPr>
        <w:t xml:space="preserve"> </w:t>
      </w:r>
      <w:proofErr w:type="spellStart"/>
      <w:r w:rsidRPr="00AB0738">
        <w:rPr>
          <w:sz w:val="26"/>
          <w:szCs w:val="26"/>
          <w:lang w:val="fr-FR"/>
        </w:rPr>
        <w:t>tái</w:t>
      </w:r>
      <w:proofErr w:type="spellEnd"/>
      <w:r w:rsidRPr="00AB0738">
        <w:rPr>
          <w:sz w:val="26"/>
          <w:szCs w:val="26"/>
          <w:lang w:val="fr-FR"/>
        </w:rPr>
        <w:t xml:space="preserve"> </w:t>
      </w:r>
      <w:proofErr w:type="spellStart"/>
      <w:r w:rsidRPr="00AB0738">
        <w:rPr>
          <w:sz w:val="26"/>
          <w:szCs w:val="26"/>
          <w:lang w:val="fr-FR"/>
        </w:rPr>
        <w:t>đầu</w:t>
      </w:r>
      <w:proofErr w:type="spellEnd"/>
      <w:r w:rsidRPr="00AB0738">
        <w:rPr>
          <w:sz w:val="26"/>
          <w:szCs w:val="26"/>
          <w:lang w:val="fr-FR"/>
        </w:rPr>
        <w:t xml:space="preserve"> </w:t>
      </w:r>
      <w:proofErr w:type="spellStart"/>
      <w:r w:rsidRPr="00AB0738">
        <w:rPr>
          <w:sz w:val="26"/>
          <w:szCs w:val="26"/>
          <w:lang w:val="fr-FR"/>
        </w:rPr>
        <w:t>tư</w:t>
      </w:r>
      <w:proofErr w:type="spellEnd"/>
      <w:r w:rsidRPr="00AB0738">
        <w:rPr>
          <w:sz w:val="26"/>
          <w:szCs w:val="26"/>
          <w:lang w:val="fr-FR"/>
        </w:rPr>
        <w:t xml:space="preserve"> (</w:t>
      </w:r>
      <w:proofErr w:type="spellStart"/>
      <w:r w:rsidRPr="00AB0738">
        <w:rPr>
          <w:sz w:val="26"/>
          <w:szCs w:val="26"/>
          <w:lang w:val="fr-FR"/>
        </w:rPr>
        <w:t>nếu</w:t>
      </w:r>
      <w:proofErr w:type="spellEnd"/>
      <w:r w:rsidRPr="00AB0738">
        <w:rPr>
          <w:sz w:val="26"/>
          <w:szCs w:val="26"/>
          <w:lang w:val="fr-FR"/>
        </w:rPr>
        <w:t xml:space="preserve"> </w:t>
      </w:r>
      <w:proofErr w:type="spellStart"/>
      <w:r w:rsidRPr="00AB0738">
        <w:rPr>
          <w:sz w:val="26"/>
          <w:szCs w:val="26"/>
          <w:lang w:val="fr-FR"/>
        </w:rPr>
        <w:t>có</w:t>
      </w:r>
      <w:proofErr w:type="spellEnd"/>
      <w:proofErr w:type="gramStart"/>
      <w:r w:rsidRPr="00AB0738">
        <w:rPr>
          <w:sz w:val="26"/>
          <w:szCs w:val="26"/>
          <w:lang w:val="fr-FR"/>
        </w:rPr>
        <w:t>):</w:t>
      </w:r>
      <w:proofErr w:type="gramEnd"/>
    </w:p>
    <w:p w14:paraId="06956435" w14:textId="77777777" w:rsidR="000529BD" w:rsidRPr="00AB0738" w:rsidRDefault="00AB0738">
      <w:pPr>
        <w:rPr>
          <w:sz w:val="26"/>
          <w:szCs w:val="26"/>
          <w:lang w:val="fr-FR"/>
        </w:rPr>
      </w:pPr>
      <w:r w:rsidRPr="00AB0738">
        <w:rPr>
          <w:b/>
          <w:sz w:val="26"/>
          <w:szCs w:val="26"/>
          <w:lang w:val="fr-FR"/>
        </w:rPr>
        <w:t xml:space="preserve">4.2. </w:t>
      </w:r>
      <w:proofErr w:type="spellStart"/>
      <w:r w:rsidRPr="00AB0738">
        <w:rPr>
          <w:b/>
          <w:sz w:val="26"/>
          <w:szCs w:val="26"/>
          <w:lang w:val="fr-FR"/>
        </w:rPr>
        <w:t>Nguồn</w:t>
      </w:r>
      <w:proofErr w:type="spellEnd"/>
      <w:r w:rsidRPr="00AB0738">
        <w:rPr>
          <w:b/>
          <w:sz w:val="26"/>
          <w:szCs w:val="26"/>
          <w:lang w:val="fr-FR"/>
        </w:rPr>
        <w:t xml:space="preserve"> </w:t>
      </w:r>
      <w:proofErr w:type="spellStart"/>
      <w:r w:rsidRPr="00AB0738">
        <w:rPr>
          <w:b/>
          <w:sz w:val="26"/>
          <w:szCs w:val="26"/>
          <w:lang w:val="fr-FR"/>
        </w:rPr>
        <w:t>vốn</w:t>
      </w:r>
      <w:proofErr w:type="spellEnd"/>
      <w:r w:rsidRPr="00AB0738">
        <w:rPr>
          <w:b/>
          <w:sz w:val="26"/>
          <w:szCs w:val="26"/>
          <w:lang w:val="fr-FR"/>
        </w:rPr>
        <w:t xml:space="preserve"> </w:t>
      </w:r>
      <w:proofErr w:type="spellStart"/>
      <w:r w:rsidRPr="00AB0738">
        <w:rPr>
          <w:b/>
          <w:sz w:val="26"/>
          <w:szCs w:val="26"/>
          <w:lang w:val="fr-FR"/>
        </w:rPr>
        <w:t>đầu</w:t>
      </w:r>
      <w:proofErr w:type="spellEnd"/>
      <w:r w:rsidRPr="00AB0738">
        <w:rPr>
          <w:b/>
          <w:sz w:val="26"/>
          <w:szCs w:val="26"/>
          <w:lang w:val="fr-FR"/>
        </w:rPr>
        <w:t xml:space="preserve"> </w:t>
      </w:r>
      <w:proofErr w:type="spellStart"/>
      <w:proofErr w:type="gramStart"/>
      <w:r w:rsidRPr="00AB0738">
        <w:rPr>
          <w:b/>
          <w:sz w:val="26"/>
          <w:szCs w:val="26"/>
          <w:lang w:val="fr-FR"/>
        </w:rPr>
        <w:t>tư</w:t>
      </w:r>
      <w:proofErr w:type="spellEnd"/>
      <w:r w:rsidRPr="00AB0738">
        <w:rPr>
          <w:b/>
          <w:sz w:val="26"/>
          <w:szCs w:val="26"/>
          <w:lang w:val="fr-FR"/>
        </w:rPr>
        <w:t>:</w:t>
      </w:r>
      <w:proofErr w:type="gramEnd"/>
    </w:p>
    <w:p w14:paraId="2C31FC7A" w14:textId="77777777" w:rsidR="000529BD" w:rsidRPr="00AB0738" w:rsidRDefault="00AB0738">
      <w:pPr>
        <w:rPr>
          <w:sz w:val="26"/>
          <w:szCs w:val="26"/>
          <w:lang w:val="fr-FR"/>
        </w:rPr>
      </w:pPr>
      <w:r w:rsidRPr="00AB0738">
        <w:rPr>
          <w:sz w:val="26"/>
          <w:szCs w:val="26"/>
          <w:lang w:val="fr-FR"/>
        </w:rPr>
        <w:t xml:space="preserve">a) </w:t>
      </w:r>
      <w:proofErr w:type="spellStart"/>
      <w:r w:rsidRPr="00AB0738">
        <w:rPr>
          <w:sz w:val="26"/>
          <w:szCs w:val="26"/>
          <w:lang w:val="fr-FR"/>
        </w:rPr>
        <w:t>Vốn</w:t>
      </w:r>
      <w:proofErr w:type="spellEnd"/>
      <w:r w:rsidRPr="00AB0738">
        <w:rPr>
          <w:sz w:val="26"/>
          <w:szCs w:val="26"/>
          <w:lang w:val="fr-FR"/>
        </w:rPr>
        <w:t xml:space="preserve"> </w:t>
      </w:r>
      <w:proofErr w:type="spellStart"/>
      <w:r w:rsidRPr="00AB0738">
        <w:rPr>
          <w:sz w:val="26"/>
          <w:szCs w:val="26"/>
          <w:lang w:val="fr-FR"/>
        </w:rPr>
        <w:t>góp</w:t>
      </w:r>
      <w:proofErr w:type="spellEnd"/>
      <w:r w:rsidRPr="00AB0738">
        <w:rPr>
          <w:sz w:val="26"/>
          <w:szCs w:val="26"/>
          <w:lang w:val="fr-FR"/>
        </w:rPr>
        <w:t xml:space="preserve"> </w:t>
      </w:r>
      <w:proofErr w:type="spellStart"/>
      <w:r w:rsidRPr="00AB0738">
        <w:rPr>
          <w:sz w:val="26"/>
          <w:szCs w:val="26"/>
          <w:lang w:val="fr-FR"/>
        </w:rPr>
        <w:t>để</w:t>
      </w:r>
      <w:proofErr w:type="spellEnd"/>
      <w:r w:rsidRPr="00AB0738">
        <w:rPr>
          <w:sz w:val="26"/>
          <w:szCs w:val="26"/>
          <w:lang w:val="fr-FR"/>
        </w:rPr>
        <w:t xml:space="preserve"> </w:t>
      </w:r>
      <w:proofErr w:type="spellStart"/>
      <w:r w:rsidRPr="00AB0738">
        <w:rPr>
          <w:sz w:val="26"/>
          <w:szCs w:val="26"/>
          <w:lang w:val="fr-FR"/>
        </w:rPr>
        <w:t>thực</w:t>
      </w:r>
      <w:proofErr w:type="spellEnd"/>
      <w:r w:rsidRPr="00AB0738">
        <w:rPr>
          <w:sz w:val="26"/>
          <w:szCs w:val="26"/>
          <w:lang w:val="fr-FR"/>
        </w:rPr>
        <w:t xml:space="preserve"> </w:t>
      </w:r>
      <w:proofErr w:type="spellStart"/>
      <w:r w:rsidRPr="00AB0738">
        <w:rPr>
          <w:sz w:val="26"/>
          <w:szCs w:val="26"/>
          <w:lang w:val="fr-FR"/>
        </w:rPr>
        <w:t>hiện</w:t>
      </w:r>
      <w:proofErr w:type="spellEnd"/>
      <w:r w:rsidRPr="00AB0738">
        <w:rPr>
          <w:sz w:val="26"/>
          <w:szCs w:val="26"/>
          <w:lang w:val="fr-FR"/>
        </w:rPr>
        <w:t xml:space="preserve"> </w:t>
      </w:r>
      <w:proofErr w:type="spellStart"/>
      <w:r w:rsidRPr="00AB0738">
        <w:rPr>
          <w:sz w:val="26"/>
          <w:szCs w:val="26"/>
          <w:lang w:val="fr-FR"/>
        </w:rPr>
        <w:t>dự</w:t>
      </w:r>
      <w:proofErr w:type="spellEnd"/>
      <w:r w:rsidRPr="00AB0738">
        <w:rPr>
          <w:sz w:val="26"/>
          <w:szCs w:val="26"/>
          <w:lang w:val="fr-FR"/>
        </w:rPr>
        <w:t xml:space="preserve"> </w:t>
      </w:r>
      <w:proofErr w:type="spellStart"/>
      <w:r w:rsidRPr="00AB0738">
        <w:rPr>
          <w:sz w:val="26"/>
          <w:szCs w:val="26"/>
          <w:lang w:val="fr-FR"/>
        </w:rPr>
        <w:t>án</w:t>
      </w:r>
      <w:proofErr w:type="spellEnd"/>
      <w:r w:rsidRPr="00AB0738">
        <w:rPr>
          <w:sz w:val="26"/>
          <w:szCs w:val="26"/>
          <w:lang w:val="fr-FR"/>
        </w:rPr>
        <w:t xml:space="preserve"> (</w:t>
      </w:r>
      <w:proofErr w:type="spellStart"/>
      <w:r w:rsidRPr="00AB0738">
        <w:rPr>
          <w:sz w:val="26"/>
          <w:szCs w:val="26"/>
          <w:lang w:val="fr-FR"/>
        </w:rPr>
        <w:t>ghi</w:t>
      </w:r>
      <w:proofErr w:type="spellEnd"/>
      <w:r w:rsidRPr="00AB0738">
        <w:rPr>
          <w:sz w:val="26"/>
          <w:szCs w:val="26"/>
          <w:lang w:val="fr-FR"/>
        </w:rPr>
        <w:t xml:space="preserve"> chi </w:t>
      </w:r>
      <w:proofErr w:type="spellStart"/>
      <w:r w:rsidRPr="00AB0738">
        <w:rPr>
          <w:sz w:val="26"/>
          <w:szCs w:val="26"/>
          <w:lang w:val="fr-FR"/>
        </w:rPr>
        <w:t>tiết</w:t>
      </w:r>
      <w:proofErr w:type="spellEnd"/>
      <w:r w:rsidRPr="00AB0738">
        <w:rPr>
          <w:sz w:val="26"/>
          <w:szCs w:val="26"/>
          <w:lang w:val="fr-FR"/>
        </w:rPr>
        <w:t xml:space="preserve"> </w:t>
      </w:r>
      <w:proofErr w:type="spellStart"/>
      <w:r w:rsidRPr="00AB0738">
        <w:rPr>
          <w:sz w:val="26"/>
          <w:szCs w:val="26"/>
          <w:lang w:val="fr-FR"/>
        </w:rPr>
        <w:t>theo</w:t>
      </w:r>
      <w:proofErr w:type="spellEnd"/>
      <w:r w:rsidRPr="00AB0738">
        <w:rPr>
          <w:sz w:val="26"/>
          <w:szCs w:val="26"/>
          <w:lang w:val="fr-FR"/>
        </w:rPr>
        <w:t xml:space="preserve"> </w:t>
      </w:r>
      <w:proofErr w:type="spellStart"/>
      <w:r w:rsidRPr="00AB0738">
        <w:rPr>
          <w:sz w:val="26"/>
          <w:szCs w:val="26"/>
          <w:lang w:val="fr-FR"/>
        </w:rPr>
        <w:t>từng</w:t>
      </w:r>
      <w:proofErr w:type="spellEnd"/>
      <w:r w:rsidRPr="00AB0738">
        <w:rPr>
          <w:sz w:val="26"/>
          <w:szCs w:val="26"/>
          <w:lang w:val="fr-FR"/>
        </w:rPr>
        <w:t xml:space="preserve"> </w:t>
      </w:r>
      <w:proofErr w:type="spellStart"/>
      <w:r w:rsidRPr="00AB0738">
        <w:rPr>
          <w:sz w:val="26"/>
          <w:szCs w:val="26"/>
          <w:lang w:val="fr-FR"/>
        </w:rPr>
        <w:t>nhà</w:t>
      </w:r>
      <w:proofErr w:type="spellEnd"/>
      <w:r w:rsidRPr="00AB0738">
        <w:rPr>
          <w:sz w:val="26"/>
          <w:szCs w:val="26"/>
          <w:lang w:val="fr-FR"/>
        </w:rPr>
        <w:t xml:space="preserve"> </w:t>
      </w:r>
      <w:proofErr w:type="spellStart"/>
      <w:r w:rsidRPr="00AB0738">
        <w:rPr>
          <w:sz w:val="26"/>
          <w:szCs w:val="26"/>
          <w:lang w:val="fr-FR"/>
        </w:rPr>
        <w:t>đầu</w:t>
      </w:r>
      <w:proofErr w:type="spellEnd"/>
      <w:r w:rsidRPr="00AB0738">
        <w:rPr>
          <w:sz w:val="26"/>
          <w:szCs w:val="26"/>
          <w:lang w:val="fr-FR"/>
        </w:rPr>
        <w:t xml:space="preserve"> </w:t>
      </w:r>
      <w:proofErr w:type="spellStart"/>
      <w:r w:rsidRPr="00AB0738">
        <w:rPr>
          <w:sz w:val="26"/>
          <w:szCs w:val="26"/>
          <w:lang w:val="fr-FR"/>
        </w:rPr>
        <w:t>tư</w:t>
      </w:r>
      <w:proofErr w:type="spellEnd"/>
      <w:proofErr w:type="gramStart"/>
      <w:r w:rsidRPr="00AB0738">
        <w:rPr>
          <w:sz w:val="26"/>
          <w:szCs w:val="26"/>
          <w:lang w:val="fr-FR"/>
        </w:rPr>
        <w:t>):</w:t>
      </w:r>
      <w:proofErr w:type="gramEnd"/>
    </w:p>
    <w:tbl>
      <w:tblPr>
        <w:tblStyle w:val="TableGrid"/>
        <w:tblW w:w="0" w:type="auto"/>
        <w:jc w:val="center"/>
        <w:tblLook w:val="04A0" w:firstRow="1" w:lastRow="0" w:firstColumn="1" w:lastColumn="0" w:noHBand="0" w:noVBand="1"/>
      </w:tblPr>
      <w:tblGrid>
        <w:gridCol w:w="1473"/>
        <w:gridCol w:w="1473"/>
        <w:gridCol w:w="1473"/>
        <w:gridCol w:w="1473"/>
        <w:gridCol w:w="1473"/>
        <w:gridCol w:w="1473"/>
        <w:gridCol w:w="1473"/>
      </w:tblGrid>
      <w:tr w:rsidR="000529BD" w:rsidRPr="00AB0738" w14:paraId="5F5B0FE6" w14:textId="77777777">
        <w:trPr>
          <w:jc w:val="center"/>
        </w:trPr>
        <w:tc>
          <w:tcPr>
            <w:tcW w:w="1473" w:type="dxa"/>
            <w:vMerge w:val="restart"/>
            <w:shd w:val="clear" w:color="auto" w:fill="F2F2F2"/>
            <w:tcMar>
              <w:top w:w="45" w:type="dxa"/>
              <w:left w:w="45" w:type="dxa"/>
              <w:bottom w:w="45" w:type="dxa"/>
              <w:right w:w="45" w:type="dxa"/>
            </w:tcMar>
            <w:vAlign w:val="center"/>
          </w:tcPr>
          <w:p w14:paraId="14AFA924" w14:textId="77777777" w:rsidR="000529BD" w:rsidRPr="00AB0738" w:rsidRDefault="00AB0738">
            <w:pPr>
              <w:spacing w:line="240" w:lineRule="auto"/>
              <w:jc w:val="center"/>
              <w:rPr>
                <w:sz w:val="22"/>
              </w:rPr>
            </w:pPr>
            <w:r w:rsidRPr="00AB0738">
              <w:rPr>
                <w:b/>
                <w:sz w:val="22"/>
              </w:rPr>
              <w:t>STT</w:t>
            </w:r>
          </w:p>
        </w:tc>
        <w:tc>
          <w:tcPr>
            <w:tcW w:w="1473" w:type="dxa"/>
            <w:vMerge w:val="restart"/>
            <w:shd w:val="clear" w:color="auto" w:fill="F2F2F2"/>
            <w:tcMar>
              <w:top w:w="45" w:type="dxa"/>
              <w:left w:w="45" w:type="dxa"/>
              <w:bottom w:w="45" w:type="dxa"/>
              <w:right w:w="45" w:type="dxa"/>
            </w:tcMar>
            <w:vAlign w:val="center"/>
          </w:tcPr>
          <w:p w14:paraId="31F8953B" w14:textId="77777777" w:rsidR="000529BD" w:rsidRPr="00AB0738" w:rsidRDefault="00AB0738">
            <w:pPr>
              <w:spacing w:line="240" w:lineRule="auto"/>
              <w:jc w:val="center"/>
              <w:rPr>
                <w:sz w:val="22"/>
              </w:rPr>
            </w:pPr>
            <w:r w:rsidRPr="00AB0738">
              <w:rPr>
                <w:b/>
                <w:sz w:val="22"/>
              </w:rPr>
              <w:t>Tên nhà đầu tư</w:t>
            </w:r>
          </w:p>
        </w:tc>
        <w:tc>
          <w:tcPr>
            <w:tcW w:w="2946" w:type="dxa"/>
            <w:gridSpan w:val="2"/>
            <w:shd w:val="clear" w:color="auto" w:fill="F2F2F2"/>
            <w:tcMar>
              <w:top w:w="45" w:type="dxa"/>
              <w:left w:w="45" w:type="dxa"/>
              <w:bottom w:w="45" w:type="dxa"/>
              <w:right w:w="45" w:type="dxa"/>
            </w:tcMar>
            <w:vAlign w:val="center"/>
          </w:tcPr>
          <w:p w14:paraId="2881D964" w14:textId="77777777" w:rsidR="000529BD" w:rsidRPr="00AB0738" w:rsidRDefault="00AB0738">
            <w:pPr>
              <w:spacing w:line="240" w:lineRule="auto"/>
              <w:jc w:val="center"/>
              <w:rPr>
                <w:sz w:val="22"/>
              </w:rPr>
            </w:pPr>
            <w:r w:rsidRPr="00AB0738">
              <w:rPr>
                <w:b/>
                <w:sz w:val="22"/>
              </w:rPr>
              <w:t>Số vốn góp</w:t>
            </w:r>
          </w:p>
        </w:tc>
        <w:tc>
          <w:tcPr>
            <w:tcW w:w="1473" w:type="dxa"/>
            <w:vMerge w:val="restart"/>
            <w:shd w:val="clear" w:color="auto" w:fill="F2F2F2"/>
            <w:tcMar>
              <w:top w:w="45" w:type="dxa"/>
              <w:left w:w="45" w:type="dxa"/>
              <w:bottom w:w="45" w:type="dxa"/>
              <w:right w:w="45" w:type="dxa"/>
            </w:tcMar>
            <w:vAlign w:val="center"/>
          </w:tcPr>
          <w:p w14:paraId="187DACD1" w14:textId="77777777" w:rsidR="000529BD" w:rsidRPr="00AB0738" w:rsidRDefault="00AB0738">
            <w:pPr>
              <w:spacing w:line="240" w:lineRule="auto"/>
              <w:jc w:val="center"/>
              <w:rPr>
                <w:sz w:val="22"/>
              </w:rPr>
            </w:pPr>
            <w:r w:rsidRPr="00AB0738">
              <w:rPr>
                <w:b/>
                <w:sz w:val="22"/>
              </w:rPr>
              <w:t>Tỷ lệ (%)</w:t>
            </w:r>
          </w:p>
        </w:tc>
        <w:tc>
          <w:tcPr>
            <w:tcW w:w="1473" w:type="dxa"/>
            <w:vMerge w:val="restart"/>
            <w:shd w:val="clear" w:color="auto" w:fill="F2F2F2"/>
            <w:tcMar>
              <w:top w:w="45" w:type="dxa"/>
              <w:left w:w="45" w:type="dxa"/>
              <w:bottom w:w="45" w:type="dxa"/>
              <w:right w:w="45" w:type="dxa"/>
            </w:tcMar>
            <w:vAlign w:val="center"/>
          </w:tcPr>
          <w:p w14:paraId="285B9F73" w14:textId="77777777" w:rsidR="000529BD" w:rsidRPr="00AB0738" w:rsidRDefault="00AB0738">
            <w:pPr>
              <w:spacing w:line="240" w:lineRule="auto"/>
              <w:jc w:val="center"/>
              <w:rPr>
                <w:sz w:val="22"/>
              </w:rPr>
            </w:pPr>
            <w:r w:rsidRPr="00AB0738">
              <w:rPr>
                <w:b/>
                <w:sz w:val="22"/>
              </w:rPr>
              <w:t>Phương thức góp vốn (*)</w:t>
            </w:r>
          </w:p>
        </w:tc>
        <w:tc>
          <w:tcPr>
            <w:tcW w:w="1473" w:type="dxa"/>
            <w:vMerge w:val="restart"/>
            <w:shd w:val="clear" w:color="auto" w:fill="F2F2F2"/>
            <w:tcMar>
              <w:top w:w="45" w:type="dxa"/>
              <w:left w:w="45" w:type="dxa"/>
              <w:bottom w:w="45" w:type="dxa"/>
              <w:right w:w="45" w:type="dxa"/>
            </w:tcMar>
            <w:vAlign w:val="center"/>
          </w:tcPr>
          <w:p w14:paraId="5E00CA3B" w14:textId="77777777" w:rsidR="000529BD" w:rsidRPr="00AB0738" w:rsidRDefault="00AB0738">
            <w:pPr>
              <w:spacing w:line="240" w:lineRule="auto"/>
              <w:jc w:val="center"/>
              <w:rPr>
                <w:sz w:val="22"/>
              </w:rPr>
            </w:pPr>
            <w:r w:rsidRPr="00AB0738">
              <w:rPr>
                <w:b/>
                <w:sz w:val="22"/>
              </w:rPr>
              <w:t>Tiến độ góp vốn</w:t>
            </w:r>
          </w:p>
        </w:tc>
      </w:tr>
      <w:tr w:rsidR="000529BD" w:rsidRPr="00AB0738" w14:paraId="2A2F2EF4" w14:textId="77777777">
        <w:trPr>
          <w:jc w:val="center"/>
        </w:trPr>
        <w:tc>
          <w:tcPr>
            <w:tcW w:w="1473" w:type="dxa"/>
            <w:vMerge/>
            <w:tcMar>
              <w:top w:w="45" w:type="dxa"/>
              <w:left w:w="45" w:type="dxa"/>
              <w:bottom w:w="45" w:type="dxa"/>
              <w:right w:w="45" w:type="dxa"/>
            </w:tcMar>
          </w:tcPr>
          <w:p w14:paraId="437DDBEC" w14:textId="77777777" w:rsidR="000529BD" w:rsidRPr="00AB0738" w:rsidRDefault="000529BD">
            <w:pPr>
              <w:rPr>
                <w:sz w:val="22"/>
              </w:rPr>
            </w:pPr>
          </w:p>
        </w:tc>
        <w:tc>
          <w:tcPr>
            <w:tcW w:w="1473" w:type="dxa"/>
            <w:vMerge/>
            <w:tcMar>
              <w:top w:w="45" w:type="dxa"/>
              <w:left w:w="45" w:type="dxa"/>
              <w:bottom w:w="45" w:type="dxa"/>
              <w:right w:w="45" w:type="dxa"/>
            </w:tcMar>
          </w:tcPr>
          <w:p w14:paraId="4E6ABFC1" w14:textId="77777777" w:rsidR="000529BD" w:rsidRPr="00AB0738" w:rsidRDefault="000529BD">
            <w:pPr>
              <w:rPr>
                <w:sz w:val="22"/>
              </w:rPr>
            </w:pPr>
          </w:p>
        </w:tc>
        <w:tc>
          <w:tcPr>
            <w:tcW w:w="1473" w:type="dxa"/>
            <w:shd w:val="clear" w:color="auto" w:fill="F2F2F2"/>
            <w:tcMar>
              <w:top w:w="45" w:type="dxa"/>
              <w:left w:w="45" w:type="dxa"/>
              <w:bottom w:w="45" w:type="dxa"/>
              <w:right w:w="45" w:type="dxa"/>
            </w:tcMar>
            <w:vAlign w:val="center"/>
          </w:tcPr>
          <w:p w14:paraId="704B32D7" w14:textId="77777777" w:rsidR="000529BD" w:rsidRPr="00AB0738" w:rsidRDefault="00AB0738">
            <w:pPr>
              <w:spacing w:line="240" w:lineRule="auto"/>
              <w:jc w:val="center"/>
              <w:rPr>
                <w:sz w:val="22"/>
              </w:rPr>
            </w:pPr>
            <w:r w:rsidRPr="00AB0738">
              <w:rPr>
                <w:b/>
                <w:sz w:val="22"/>
              </w:rPr>
              <w:t>VNĐ</w:t>
            </w:r>
          </w:p>
        </w:tc>
        <w:tc>
          <w:tcPr>
            <w:tcW w:w="1473" w:type="dxa"/>
            <w:shd w:val="clear" w:color="auto" w:fill="F2F2F2"/>
            <w:tcMar>
              <w:top w:w="45" w:type="dxa"/>
              <w:left w:w="45" w:type="dxa"/>
              <w:bottom w:w="45" w:type="dxa"/>
              <w:right w:w="45" w:type="dxa"/>
            </w:tcMar>
            <w:vAlign w:val="center"/>
          </w:tcPr>
          <w:p w14:paraId="0FEA593F" w14:textId="77777777" w:rsidR="000529BD" w:rsidRPr="00AB0738" w:rsidRDefault="00AB0738">
            <w:pPr>
              <w:spacing w:line="240" w:lineRule="auto"/>
              <w:jc w:val="center"/>
              <w:rPr>
                <w:sz w:val="22"/>
              </w:rPr>
            </w:pPr>
            <w:r w:rsidRPr="00AB0738">
              <w:rPr>
                <w:b/>
                <w:sz w:val="22"/>
              </w:rPr>
              <w:t>Tương đương USD</w:t>
            </w:r>
          </w:p>
        </w:tc>
        <w:tc>
          <w:tcPr>
            <w:tcW w:w="1473" w:type="dxa"/>
            <w:vMerge/>
            <w:tcMar>
              <w:top w:w="45" w:type="dxa"/>
              <w:left w:w="45" w:type="dxa"/>
              <w:bottom w:w="45" w:type="dxa"/>
              <w:right w:w="45" w:type="dxa"/>
            </w:tcMar>
          </w:tcPr>
          <w:p w14:paraId="2C6E722C" w14:textId="77777777" w:rsidR="000529BD" w:rsidRPr="00AB0738" w:rsidRDefault="000529BD">
            <w:pPr>
              <w:rPr>
                <w:sz w:val="22"/>
              </w:rPr>
            </w:pPr>
          </w:p>
        </w:tc>
        <w:tc>
          <w:tcPr>
            <w:tcW w:w="1473" w:type="dxa"/>
            <w:vMerge/>
            <w:tcMar>
              <w:top w:w="45" w:type="dxa"/>
              <w:left w:w="45" w:type="dxa"/>
              <w:bottom w:w="45" w:type="dxa"/>
              <w:right w:w="45" w:type="dxa"/>
            </w:tcMar>
          </w:tcPr>
          <w:p w14:paraId="241EC2E0" w14:textId="77777777" w:rsidR="000529BD" w:rsidRPr="00AB0738" w:rsidRDefault="000529BD">
            <w:pPr>
              <w:rPr>
                <w:sz w:val="22"/>
              </w:rPr>
            </w:pPr>
          </w:p>
        </w:tc>
        <w:tc>
          <w:tcPr>
            <w:tcW w:w="1473" w:type="dxa"/>
            <w:vMerge/>
            <w:tcMar>
              <w:top w:w="45" w:type="dxa"/>
              <w:left w:w="45" w:type="dxa"/>
              <w:bottom w:w="45" w:type="dxa"/>
              <w:right w:w="45" w:type="dxa"/>
            </w:tcMar>
          </w:tcPr>
          <w:p w14:paraId="4B26CA64" w14:textId="77777777" w:rsidR="000529BD" w:rsidRPr="00AB0738" w:rsidRDefault="000529BD">
            <w:pPr>
              <w:rPr>
                <w:sz w:val="22"/>
              </w:rPr>
            </w:pPr>
          </w:p>
        </w:tc>
      </w:tr>
      <w:tr w:rsidR="000529BD" w:rsidRPr="00AB0738" w14:paraId="653E7C38" w14:textId="77777777">
        <w:trPr>
          <w:jc w:val="center"/>
        </w:trPr>
        <w:tc>
          <w:tcPr>
            <w:tcW w:w="1473" w:type="dxa"/>
            <w:tcMar>
              <w:top w:w="45" w:type="dxa"/>
              <w:left w:w="45" w:type="dxa"/>
              <w:bottom w:w="45" w:type="dxa"/>
              <w:right w:w="45" w:type="dxa"/>
            </w:tcMar>
            <w:vAlign w:val="center"/>
          </w:tcPr>
          <w:p w14:paraId="6F290B33" w14:textId="77777777" w:rsidR="000529BD" w:rsidRPr="00AB0738" w:rsidRDefault="00AB0738">
            <w:pPr>
              <w:spacing w:line="240" w:lineRule="auto"/>
              <w:jc w:val="center"/>
              <w:rPr>
                <w:sz w:val="22"/>
              </w:rPr>
            </w:pPr>
            <w:r w:rsidRPr="00AB0738">
              <w:rPr>
                <w:sz w:val="22"/>
              </w:rPr>
              <w:t>1</w:t>
            </w:r>
          </w:p>
        </w:tc>
        <w:tc>
          <w:tcPr>
            <w:tcW w:w="1473" w:type="dxa"/>
            <w:tcMar>
              <w:top w:w="45" w:type="dxa"/>
              <w:left w:w="45" w:type="dxa"/>
              <w:bottom w:w="45" w:type="dxa"/>
              <w:right w:w="45" w:type="dxa"/>
            </w:tcMar>
            <w:vAlign w:val="center"/>
          </w:tcPr>
          <w:p w14:paraId="149F8516" w14:textId="77777777" w:rsidR="000529BD" w:rsidRPr="00AB0738" w:rsidRDefault="000529BD">
            <w:pPr>
              <w:spacing w:line="240" w:lineRule="auto"/>
              <w:rPr>
                <w:sz w:val="22"/>
              </w:rPr>
            </w:pPr>
          </w:p>
        </w:tc>
        <w:tc>
          <w:tcPr>
            <w:tcW w:w="1473" w:type="dxa"/>
            <w:tcMar>
              <w:top w:w="45" w:type="dxa"/>
              <w:left w:w="45" w:type="dxa"/>
              <w:bottom w:w="45" w:type="dxa"/>
              <w:right w:w="45" w:type="dxa"/>
            </w:tcMar>
            <w:vAlign w:val="center"/>
          </w:tcPr>
          <w:p w14:paraId="46C163A6" w14:textId="77777777" w:rsidR="000529BD" w:rsidRPr="00AB0738" w:rsidRDefault="000529BD">
            <w:pPr>
              <w:spacing w:line="240" w:lineRule="auto"/>
              <w:jc w:val="center"/>
              <w:rPr>
                <w:sz w:val="22"/>
              </w:rPr>
            </w:pPr>
          </w:p>
        </w:tc>
        <w:tc>
          <w:tcPr>
            <w:tcW w:w="1473" w:type="dxa"/>
            <w:tcMar>
              <w:top w:w="45" w:type="dxa"/>
              <w:left w:w="45" w:type="dxa"/>
              <w:bottom w:w="45" w:type="dxa"/>
              <w:right w:w="45" w:type="dxa"/>
            </w:tcMar>
            <w:vAlign w:val="center"/>
          </w:tcPr>
          <w:p w14:paraId="0418BC2A" w14:textId="77777777" w:rsidR="000529BD" w:rsidRPr="00AB0738" w:rsidRDefault="000529BD">
            <w:pPr>
              <w:spacing w:line="240" w:lineRule="auto"/>
              <w:jc w:val="center"/>
              <w:rPr>
                <w:sz w:val="22"/>
              </w:rPr>
            </w:pPr>
          </w:p>
        </w:tc>
        <w:tc>
          <w:tcPr>
            <w:tcW w:w="1473" w:type="dxa"/>
            <w:tcMar>
              <w:top w:w="45" w:type="dxa"/>
              <w:left w:w="45" w:type="dxa"/>
              <w:bottom w:w="45" w:type="dxa"/>
              <w:right w:w="45" w:type="dxa"/>
            </w:tcMar>
            <w:vAlign w:val="center"/>
          </w:tcPr>
          <w:p w14:paraId="43F7371A" w14:textId="77777777" w:rsidR="000529BD" w:rsidRPr="00AB0738" w:rsidRDefault="000529BD">
            <w:pPr>
              <w:spacing w:line="240" w:lineRule="auto"/>
              <w:jc w:val="center"/>
              <w:rPr>
                <w:sz w:val="22"/>
              </w:rPr>
            </w:pPr>
          </w:p>
        </w:tc>
        <w:tc>
          <w:tcPr>
            <w:tcW w:w="1473" w:type="dxa"/>
            <w:tcMar>
              <w:top w:w="45" w:type="dxa"/>
              <w:left w:w="45" w:type="dxa"/>
              <w:bottom w:w="45" w:type="dxa"/>
              <w:right w:w="45" w:type="dxa"/>
            </w:tcMar>
            <w:vAlign w:val="center"/>
          </w:tcPr>
          <w:p w14:paraId="7E09C1D9" w14:textId="77777777" w:rsidR="000529BD" w:rsidRPr="00AB0738" w:rsidRDefault="000529BD">
            <w:pPr>
              <w:spacing w:line="240" w:lineRule="auto"/>
              <w:jc w:val="center"/>
              <w:rPr>
                <w:sz w:val="22"/>
              </w:rPr>
            </w:pPr>
          </w:p>
        </w:tc>
        <w:tc>
          <w:tcPr>
            <w:tcW w:w="1473" w:type="dxa"/>
            <w:tcMar>
              <w:top w:w="45" w:type="dxa"/>
              <w:left w:w="45" w:type="dxa"/>
              <w:bottom w:w="45" w:type="dxa"/>
              <w:right w:w="45" w:type="dxa"/>
            </w:tcMar>
            <w:vAlign w:val="center"/>
          </w:tcPr>
          <w:p w14:paraId="575EA721" w14:textId="77777777" w:rsidR="000529BD" w:rsidRPr="00AB0738" w:rsidRDefault="000529BD">
            <w:pPr>
              <w:spacing w:line="240" w:lineRule="auto"/>
              <w:jc w:val="center"/>
              <w:rPr>
                <w:sz w:val="22"/>
              </w:rPr>
            </w:pPr>
          </w:p>
        </w:tc>
      </w:tr>
      <w:tr w:rsidR="000529BD" w:rsidRPr="00AB0738" w14:paraId="16009B2A" w14:textId="77777777">
        <w:trPr>
          <w:jc w:val="center"/>
        </w:trPr>
        <w:tc>
          <w:tcPr>
            <w:tcW w:w="1473" w:type="dxa"/>
            <w:tcMar>
              <w:top w:w="45" w:type="dxa"/>
              <w:left w:w="45" w:type="dxa"/>
              <w:bottom w:w="45" w:type="dxa"/>
              <w:right w:w="45" w:type="dxa"/>
            </w:tcMar>
            <w:vAlign w:val="center"/>
          </w:tcPr>
          <w:p w14:paraId="29306B61" w14:textId="77777777" w:rsidR="000529BD" w:rsidRPr="00AB0738" w:rsidRDefault="00AB0738">
            <w:pPr>
              <w:spacing w:line="240" w:lineRule="auto"/>
              <w:jc w:val="center"/>
              <w:rPr>
                <w:sz w:val="22"/>
              </w:rPr>
            </w:pPr>
            <w:r w:rsidRPr="00AB0738">
              <w:rPr>
                <w:sz w:val="22"/>
              </w:rPr>
              <w:t>…</w:t>
            </w:r>
          </w:p>
        </w:tc>
        <w:tc>
          <w:tcPr>
            <w:tcW w:w="1473" w:type="dxa"/>
            <w:tcMar>
              <w:top w:w="45" w:type="dxa"/>
              <w:left w:w="45" w:type="dxa"/>
              <w:bottom w:w="45" w:type="dxa"/>
              <w:right w:w="45" w:type="dxa"/>
            </w:tcMar>
            <w:vAlign w:val="center"/>
          </w:tcPr>
          <w:p w14:paraId="41942574" w14:textId="77777777" w:rsidR="000529BD" w:rsidRPr="00AB0738" w:rsidRDefault="000529BD">
            <w:pPr>
              <w:spacing w:line="240" w:lineRule="auto"/>
              <w:rPr>
                <w:sz w:val="22"/>
              </w:rPr>
            </w:pPr>
          </w:p>
        </w:tc>
        <w:tc>
          <w:tcPr>
            <w:tcW w:w="1473" w:type="dxa"/>
            <w:tcMar>
              <w:top w:w="45" w:type="dxa"/>
              <w:left w:w="45" w:type="dxa"/>
              <w:bottom w:w="45" w:type="dxa"/>
              <w:right w:w="45" w:type="dxa"/>
            </w:tcMar>
            <w:vAlign w:val="center"/>
          </w:tcPr>
          <w:p w14:paraId="6B6DBC56" w14:textId="77777777" w:rsidR="000529BD" w:rsidRPr="00AB0738" w:rsidRDefault="000529BD">
            <w:pPr>
              <w:spacing w:line="240" w:lineRule="auto"/>
              <w:jc w:val="center"/>
              <w:rPr>
                <w:sz w:val="22"/>
              </w:rPr>
            </w:pPr>
          </w:p>
        </w:tc>
        <w:tc>
          <w:tcPr>
            <w:tcW w:w="1473" w:type="dxa"/>
            <w:tcMar>
              <w:top w:w="45" w:type="dxa"/>
              <w:left w:w="45" w:type="dxa"/>
              <w:bottom w:w="45" w:type="dxa"/>
              <w:right w:w="45" w:type="dxa"/>
            </w:tcMar>
            <w:vAlign w:val="center"/>
          </w:tcPr>
          <w:p w14:paraId="6BDF3057" w14:textId="77777777" w:rsidR="000529BD" w:rsidRPr="00AB0738" w:rsidRDefault="000529BD">
            <w:pPr>
              <w:spacing w:line="240" w:lineRule="auto"/>
              <w:jc w:val="center"/>
              <w:rPr>
                <w:sz w:val="22"/>
              </w:rPr>
            </w:pPr>
          </w:p>
        </w:tc>
        <w:tc>
          <w:tcPr>
            <w:tcW w:w="1473" w:type="dxa"/>
            <w:tcMar>
              <w:top w:w="45" w:type="dxa"/>
              <w:left w:w="45" w:type="dxa"/>
              <w:bottom w:w="45" w:type="dxa"/>
              <w:right w:w="45" w:type="dxa"/>
            </w:tcMar>
            <w:vAlign w:val="center"/>
          </w:tcPr>
          <w:p w14:paraId="6C4E789B" w14:textId="77777777" w:rsidR="000529BD" w:rsidRPr="00AB0738" w:rsidRDefault="000529BD">
            <w:pPr>
              <w:spacing w:line="240" w:lineRule="auto"/>
              <w:jc w:val="center"/>
              <w:rPr>
                <w:sz w:val="22"/>
              </w:rPr>
            </w:pPr>
          </w:p>
        </w:tc>
        <w:tc>
          <w:tcPr>
            <w:tcW w:w="1473" w:type="dxa"/>
            <w:tcMar>
              <w:top w:w="45" w:type="dxa"/>
              <w:left w:w="45" w:type="dxa"/>
              <w:bottom w:w="45" w:type="dxa"/>
              <w:right w:w="45" w:type="dxa"/>
            </w:tcMar>
            <w:vAlign w:val="center"/>
          </w:tcPr>
          <w:p w14:paraId="1975CE05" w14:textId="77777777" w:rsidR="000529BD" w:rsidRPr="00AB0738" w:rsidRDefault="000529BD">
            <w:pPr>
              <w:spacing w:line="240" w:lineRule="auto"/>
              <w:jc w:val="center"/>
              <w:rPr>
                <w:sz w:val="22"/>
              </w:rPr>
            </w:pPr>
          </w:p>
        </w:tc>
        <w:tc>
          <w:tcPr>
            <w:tcW w:w="1473" w:type="dxa"/>
            <w:tcMar>
              <w:top w:w="45" w:type="dxa"/>
              <w:left w:w="45" w:type="dxa"/>
              <w:bottom w:w="45" w:type="dxa"/>
              <w:right w:w="45" w:type="dxa"/>
            </w:tcMar>
            <w:vAlign w:val="center"/>
          </w:tcPr>
          <w:p w14:paraId="576D4518" w14:textId="77777777" w:rsidR="000529BD" w:rsidRPr="00AB0738" w:rsidRDefault="000529BD">
            <w:pPr>
              <w:spacing w:line="240" w:lineRule="auto"/>
              <w:jc w:val="center"/>
              <w:rPr>
                <w:sz w:val="22"/>
              </w:rPr>
            </w:pPr>
          </w:p>
        </w:tc>
      </w:tr>
    </w:tbl>
    <w:p w14:paraId="304D4DE2" w14:textId="77777777" w:rsidR="000529BD" w:rsidRPr="00AB0738" w:rsidRDefault="00AB0738">
      <w:pPr>
        <w:spacing w:before="40"/>
        <w:rPr>
          <w:sz w:val="26"/>
          <w:szCs w:val="26"/>
        </w:rPr>
      </w:pPr>
      <w:r w:rsidRPr="00AB0738">
        <w:rPr>
          <w:b/>
          <w:sz w:val="26"/>
          <w:szCs w:val="26"/>
        </w:rPr>
        <w:t xml:space="preserve">Ghi </w:t>
      </w:r>
      <w:r w:rsidRPr="00AB0738">
        <w:rPr>
          <w:b/>
          <w:sz w:val="26"/>
          <w:szCs w:val="26"/>
        </w:rPr>
        <w:t>chú:</w:t>
      </w:r>
    </w:p>
    <w:p w14:paraId="20B1B6B6" w14:textId="77777777" w:rsidR="000529BD" w:rsidRPr="00AB0738" w:rsidRDefault="00AB0738">
      <w:pPr>
        <w:rPr>
          <w:sz w:val="26"/>
          <w:szCs w:val="26"/>
        </w:rPr>
      </w:pPr>
      <w:r w:rsidRPr="00AB0738">
        <w:rPr>
          <w:sz w:val="26"/>
          <w:szCs w:val="26"/>
        </w:rPr>
        <w:t>(*) Phương thức góp vốn: ghi giá trị bằng tiền mặt, máy móc thiết bị, giá trị quyền sử dụng đất, bí quyết công nghệ.</w:t>
      </w:r>
    </w:p>
    <w:p w14:paraId="5CBB3543" w14:textId="77777777" w:rsidR="000529BD" w:rsidRPr="00AB0738" w:rsidRDefault="00AB0738">
      <w:pPr>
        <w:rPr>
          <w:sz w:val="26"/>
          <w:szCs w:val="26"/>
        </w:rPr>
      </w:pPr>
      <w:r w:rsidRPr="00AB0738">
        <w:rPr>
          <w:sz w:val="26"/>
          <w:szCs w:val="26"/>
        </w:rPr>
        <w:t xml:space="preserve">b) Vốn huy động: ghi rõ số vốn, phương án huy động (vay từ tổ chức tín dụng/công ty </w:t>
      </w:r>
      <w:proofErr w:type="gramStart"/>
      <w:r w:rsidRPr="00AB0738">
        <w:rPr>
          <w:sz w:val="26"/>
          <w:szCs w:val="26"/>
        </w:rPr>
        <w:t>mẹ,…</w:t>
      </w:r>
      <w:proofErr w:type="gramEnd"/>
      <w:r w:rsidRPr="00AB0738">
        <w:rPr>
          <w:sz w:val="26"/>
          <w:szCs w:val="26"/>
        </w:rPr>
        <w:t>) và tiến độ dự kiến.</w:t>
      </w:r>
    </w:p>
    <w:p w14:paraId="14F740AE" w14:textId="77777777" w:rsidR="000529BD" w:rsidRPr="00AB0738" w:rsidRDefault="00AB0738">
      <w:pPr>
        <w:rPr>
          <w:sz w:val="26"/>
          <w:szCs w:val="26"/>
        </w:rPr>
      </w:pPr>
      <w:r w:rsidRPr="00AB0738">
        <w:rPr>
          <w:sz w:val="26"/>
          <w:szCs w:val="26"/>
        </w:rPr>
        <w:t xml:space="preserve">c) Lợi nhuận để lại </w:t>
      </w:r>
      <w:r w:rsidRPr="00AB0738">
        <w:rPr>
          <w:sz w:val="26"/>
          <w:szCs w:val="26"/>
        </w:rPr>
        <w:t>của nhà đầu tư để tái đầu tư (nếu có):</w:t>
      </w:r>
    </w:p>
    <w:p w14:paraId="6C7917EB" w14:textId="77777777" w:rsidR="000529BD" w:rsidRPr="00AB0738" w:rsidRDefault="00AB0738">
      <w:pPr>
        <w:spacing w:before="40"/>
        <w:rPr>
          <w:sz w:val="26"/>
          <w:szCs w:val="26"/>
        </w:rPr>
      </w:pPr>
      <w:r w:rsidRPr="00AB0738">
        <w:rPr>
          <w:b/>
          <w:sz w:val="26"/>
          <w:szCs w:val="26"/>
        </w:rPr>
        <w:t>5. Thời hạn hoạt động của dự án:</w:t>
      </w:r>
    </w:p>
    <w:p w14:paraId="7C9781DC" w14:textId="77777777" w:rsidR="000529BD" w:rsidRPr="00AB0738" w:rsidRDefault="00AB0738">
      <w:pPr>
        <w:rPr>
          <w:sz w:val="26"/>
          <w:szCs w:val="26"/>
        </w:rPr>
      </w:pPr>
      <w:r w:rsidRPr="00AB0738">
        <w:rPr>
          <w:sz w:val="26"/>
          <w:szCs w:val="26"/>
        </w:rPr>
        <w:t>................................................................................................................................................................</w:t>
      </w:r>
    </w:p>
    <w:p w14:paraId="5B5DDFEA" w14:textId="77777777" w:rsidR="000529BD" w:rsidRPr="00AB0738" w:rsidRDefault="00AB0738">
      <w:pPr>
        <w:rPr>
          <w:sz w:val="26"/>
          <w:szCs w:val="26"/>
        </w:rPr>
      </w:pPr>
      <w:r w:rsidRPr="00AB0738">
        <w:rPr>
          <w:b/>
          <w:sz w:val="26"/>
          <w:szCs w:val="26"/>
        </w:rPr>
        <w:t>6. Tiến độ thực hiện dự</w:t>
      </w:r>
      <w:r w:rsidRPr="00AB0738">
        <w:rPr>
          <w:b/>
          <w:sz w:val="26"/>
          <w:szCs w:val="26"/>
        </w:rPr>
        <w:t xml:space="preserve"> án (ghi theo mốc thời điểm tháng (hoặc quý)/năm. Ví dụ: tháng 01 (hoặc quý I)/2021):</w:t>
      </w:r>
    </w:p>
    <w:p w14:paraId="3B63EBC0" w14:textId="77777777" w:rsidR="000529BD" w:rsidRPr="00AB0738" w:rsidRDefault="00AB0738">
      <w:pPr>
        <w:rPr>
          <w:sz w:val="26"/>
          <w:szCs w:val="26"/>
        </w:rPr>
      </w:pPr>
      <w:r w:rsidRPr="00AB0738">
        <w:rPr>
          <w:sz w:val="26"/>
          <w:szCs w:val="26"/>
        </w:rPr>
        <w:t>a) Tiến độ góp vốn và huy động các nguồn vốn;</w:t>
      </w:r>
    </w:p>
    <w:p w14:paraId="0357F321" w14:textId="77777777" w:rsidR="000529BD" w:rsidRPr="00AB0738" w:rsidRDefault="00AB0738">
      <w:pPr>
        <w:rPr>
          <w:sz w:val="26"/>
          <w:szCs w:val="26"/>
        </w:rPr>
      </w:pPr>
      <w:r w:rsidRPr="00AB0738">
        <w:rPr>
          <w:sz w:val="26"/>
          <w:szCs w:val="26"/>
        </w:rPr>
        <w:t>b) Tiến độ xây dựng cơ bản và đưa công trình vào hoạt động hoặc khai thác vận hành (nếu có);</w:t>
      </w:r>
    </w:p>
    <w:p w14:paraId="6016EC50" w14:textId="77777777" w:rsidR="000529BD" w:rsidRPr="00AB0738" w:rsidRDefault="00AB0738">
      <w:pPr>
        <w:rPr>
          <w:sz w:val="26"/>
          <w:szCs w:val="26"/>
        </w:rPr>
      </w:pPr>
      <w:r w:rsidRPr="00AB0738">
        <w:rPr>
          <w:sz w:val="26"/>
          <w:szCs w:val="26"/>
        </w:rPr>
        <w:t xml:space="preserve">c) Sơ bộ phương án phân kỳ đầu </w:t>
      </w:r>
      <w:r w:rsidRPr="00AB0738">
        <w:rPr>
          <w:sz w:val="26"/>
          <w:szCs w:val="26"/>
        </w:rPr>
        <w:t>tư hoặc phân chia dự án thành phần (nếu có).</w:t>
      </w:r>
    </w:p>
    <w:p w14:paraId="6A74A329" w14:textId="77777777" w:rsidR="000529BD" w:rsidRPr="00AB0738" w:rsidRDefault="00AB0738">
      <w:pPr>
        <w:rPr>
          <w:sz w:val="26"/>
          <w:szCs w:val="26"/>
        </w:rPr>
      </w:pPr>
      <w:r w:rsidRPr="00AB0738">
        <w:rPr>
          <w:i/>
          <w:sz w:val="26"/>
          <w:szCs w:val="26"/>
        </w:rPr>
        <w:t>(Trường hợp dự án đầu tư chia thành nhiều giai đoạn thì phải ghi rõ tiến độ thực hiện từng giai đoạn)</w:t>
      </w:r>
    </w:p>
    <w:p w14:paraId="17A43D87" w14:textId="77777777" w:rsidR="000529BD" w:rsidRPr="00AB0738" w:rsidRDefault="00AB0738">
      <w:pPr>
        <w:spacing w:before="40"/>
        <w:rPr>
          <w:sz w:val="26"/>
          <w:szCs w:val="26"/>
        </w:rPr>
      </w:pPr>
      <w:r w:rsidRPr="00AB0738">
        <w:rPr>
          <w:b/>
          <w:sz w:val="26"/>
          <w:szCs w:val="26"/>
        </w:rPr>
        <w:t>7. Nhu cầu về lao động:</w:t>
      </w:r>
    </w:p>
    <w:p w14:paraId="12D93186" w14:textId="77777777" w:rsidR="000529BD" w:rsidRPr="00AB0738" w:rsidRDefault="00AB0738">
      <w:pPr>
        <w:rPr>
          <w:sz w:val="26"/>
          <w:szCs w:val="26"/>
        </w:rPr>
      </w:pPr>
      <w:r w:rsidRPr="00AB0738">
        <w:rPr>
          <w:i/>
          <w:sz w:val="26"/>
          <w:szCs w:val="26"/>
        </w:rPr>
        <w:t>(Nêu cụ thể số lượng lao động trong nước, số lượng lao động là người nước ngoài cần c</w:t>
      </w:r>
      <w:r w:rsidRPr="00AB0738">
        <w:rPr>
          <w:i/>
          <w:sz w:val="26"/>
          <w:szCs w:val="26"/>
        </w:rPr>
        <w:t>ho dự án theo từng giai đoạn cụ thể)</w:t>
      </w:r>
    </w:p>
    <w:p w14:paraId="314D8E1D" w14:textId="77777777" w:rsidR="000529BD" w:rsidRPr="00AB0738" w:rsidRDefault="00AB0738">
      <w:pPr>
        <w:spacing w:before="40"/>
        <w:rPr>
          <w:sz w:val="26"/>
          <w:szCs w:val="26"/>
        </w:rPr>
      </w:pPr>
      <w:r w:rsidRPr="00AB0738">
        <w:rPr>
          <w:b/>
          <w:sz w:val="26"/>
          <w:szCs w:val="26"/>
        </w:rPr>
        <w:lastRenderedPageBreak/>
        <w:t>8. Đánh giá tác động, hiệu quả kinh tế - xã hội của dự án:</w:t>
      </w:r>
    </w:p>
    <w:p w14:paraId="0751BD5D" w14:textId="77777777" w:rsidR="000529BD" w:rsidRPr="00AB0738" w:rsidRDefault="00AB0738">
      <w:pPr>
        <w:rPr>
          <w:sz w:val="26"/>
          <w:szCs w:val="26"/>
        </w:rPr>
      </w:pPr>
      <w:r w:rsidRPr="00AB0738">
        <w:rPr>
          <w:sz w:val="26"/>
          <w:szCs w:val="26"/>
        </w:rPr>
        <w:t>- Những tác động quan trọng nhất do dự án mang lại cho phát triển kinh tế - xã hội của địa phương, ngành (tạo việc làm, nộp ngân sách, xuất khẩu, chuyển giao cô</w:t>
      </w:r>
      <w:r w:rsidRPr="00AB0738">
        <w:rPr>
          <w:sz w:val="26"/>
          <w:szCs w:val="26"/>
        </w:rPr>
        <w:t>ng nghệ, ....).</w:t>
      </w:r>
    </w:p>
    <w:p w14:paraId="65DA4F8E" w14:textId="77777777" w:rsidR="000529BD" w:rsidRPr="00AB0738" w:rsidRDefault="00AB0738">
      <w:pPr>
        <w:spacing w:before="40"/>
        <w:rPr>
          <w:sz w:val="26"/>
          <w:szCs w:val="26"/>
        </w:rPr>
      </w:pPr>
      <w:r w:rsidRPr="00AB0738">
        <w:rPr>
          <w:b/>
          <w:sz w:val="26"/>
          <w:szCs w:val="26"/>
        </w:rPr>
        <w:t>9. Thông tin về đất đai (nếu có)</w:t>
      </w:r>
    </w:p>
    <w:p w14:paraId="032AF253" w14:textId="77777777" w:rsidR="000529BD" w:rsidRPr="00AB0738" w:rsidRDefault="00AB0738">
      <w:pPr>
        <w:rPr>
          <w:sz w:val="26"/>
          <w:szCs w:val="26"/>
        </w:rPr>
      </w:pPr>
      <w:r w:rsidRPr="00AB0738">
        <w:rPr>
          <w:sz w:val="26"/>
          <w:szCs w:val="26"/>
        </w:rPr>
        <w:t>a) Hiện trạng sử dụng đất tại địa điểm thực hiện dự án theo quy định của pháp luật về đất đai:</w:t>
      </w:r>
    </w:p>
    <w:p w14:paraId="219F17AC" w14:textId="77777777" w:rsidR="000529BD" w:rsidRPr="00AB0738" w:rsidRDefault="00AB0738">
      <w:pPr>
        <w:rPr>
          <w:sz w:val="26"/>
          <w:szCs w:val="26"/>
        </w:rPr>
      </w:pPr>
      <w:r w:rsidRPr="00AB0738">
        <w:rPr>
          <w:sz w:val="26"/>
          <w:szCs w:val="26"/>
        </w:rPr>
        <w:t>b) Điều kiện thu hồi đất đối với dự án thuộc diện thu hồi đất</w:t>
      </w:r>
    </w:p>
    <w:p w14:paraId="6F5BD9D5" w14:textId="77777777" w:rsidR="000529BD" w:rsidRPr="00AB0738" w:rsidRDefault="00AB0738">
      <w:pPr>
        <w:rPr>
          <w:sz w:val="26"/>
          <w:szCs w:val="26"/>
        </w:rPr>
      </w:pPr>
      <w:r w:rsidRPr="00AB0738">
        <w:rPr>
          <w:sz w:val="26"/>
          <w:szCs w:val="26"/>
        </w:rPr>
        <w:t>c) Dự kiến nhu cầu sử dụng đất</w:t>
      </w:r>
    </w:p>
    <w:p w14:paraId="31C0A1A3" w14:textId="77777777" w:rsidR="000529BD" w:rsidRPr="00AB0738" w:rsidRDefault="00AB0738">
      <w:pPr>
        <w:spacing w:before="40"/>
        <w:rPr>
          <w:sz w:val="26"/>
          <w:szCs w:val="26"/>
        </w:rPr>
      </w:pPr>
      <w:r w:rsidRPr="00AB0738">
        <w:rPr>
          <w:b/>
          <w:sz w:val="26"/>
          <w:szCs w:val="26"/>
        </w:rPr>
        <w:t xml:space="preserve">10. Giải trình về </w:t>
      </w:r>
      <w:r w:rsidRPr="00AB0738">
        <w:rPr>
          <w:b/>
          <w:sz w:val="26"/>
          <w:szCs w:val="26"/>
        </w:rPr>
        <w:t>sự phù hợp của dự án với quy hoạch có liên quan (nếu có)</w:t>
      </w:r>
    </w:p>
    <w:p w14:paraId="4605BB5D" w14:textId="77777777" w:rsidR="000529BD" w:rsidRPr="00AB0738" w:rsidRDefault="00AB0738">
      <w:pPr>
        <w:spacing w:before="40"/>
        <w:rPr>
          <w:sz w:val="26"/>
          <w:szCs w:val="26"/>
        </w:rPr>
      </w:pPr>
      <w:r w:rsidRPr="00AB0738">
        <w:rPr>
          <w:b/>
          <w:sz w:val="26"/>
          <w:szCs w:val="26"/>
        </w:rPr>
        <w:t>11. Đánh giá sơ bộ tác động môi trường (nếu có) theo quy định pháp luật về bảo vệ môi trường</w:t>
      </w:r>
    </w:p>
    <w:p w14:paraId="64F1ADC2" w14:textId="77777777" w:rsidR="000529BD" w:rsidRPr="00AB0738" w:rsidRDefault="00AB0738">
      <w:pPr>
        <w:spacing w:before="40"/>
        <w:rPr>
          <w:sz w:val="26"/>
          <w:szCs w:val="26"/>
        </w:rPr>
      </w:pPr>
      <w:r w:rsidRPr="00AB0738">
        <w:rPr>
          <w:b/>
          <w:sz w:val="26"/>
          <w:szCs w:val="26"/>
        </w:rPr>
        <w:t>12. Giải trình việc đáp ứng điều kiện đầu tư áp dụng đối với nhà đầu tư nước ngoài (nếu có)</w:t>
      </w:r>
    </w:p>
    <w:p w14:paraId="26A3D68D" w14:textId="77777777" w:rsidR="000529BD" w:rsidRPr="00AB0738" w:rsidRDefault="00AB0738">
      <w:pPr>
        <w:spacing w:before="40"/>
        <w:rPr>
          <w:sz w:val="26"/>
          <w:szCs w:val="26"/>
        </w:rPr>
      </w:pPr>
      <w:r w:rsidRPr="00AB0738">
        <w:rPr>
          <w:b/>
          <w:sz w:val="26"/>
          <w:szCs w:val="26"/>
        </w:rPr>
        <w:t>13. Giải trình</w:t>
      </w:r>
      <w:r w:rsidRPr="00AB0738">
        <w:rPr>
          <w:b/>
          <w:sz w:val="26"/>
          <w:szCs w:val="26"/>
        </w:rPr>
        <w:t xml:space="preserve"> về việc đáp ứng điều kiện về suất đầu tư và lao động sử dụng (nếu có)</w:t>
      </w:r>
    </w:p>
    <w:p w14:paraId="766AA85A" w14:textId="77777777" w:rsidR="000529BD" w:rsidRPr="00AB0738" w:rsidRDefault="00AB0738">
      <w:pPr>
        <w:spacing w:before="60"/>
        <w:rPr>
          <w:sz w:val="26"/>
          <w:szCs w:val="26"/>
        </w:rPr>
      </w:pPr>
      <w:r w:rsidRPr="00AB0738">
        <w:rPr>
          <w:b/>
          <w:sz w:val="26"/>
          <w:szCs w:val="26"/>
        </w:rPr>
        <w:t>III. ĐỀ XUẤT ƯU ĐÃI, HỖ TRỢ ĐẦU TƯ</w:t>
      </w:r>
    </w:p>
    <w:p w14:paraId="74C96952" w14:textId="77777777" w:rsidR="000529BD" w:rsidRPr="00AB0738" w:rsidRDefault="00AB0738">
      <w:pPr>
        <w:rPr>
          <w:sz w:val="26"/>
          <w:szCs w:val="26"/>
        </w:rPr>
      </w:pPr>
      <w:r w:rsidRPr="00AB0738">
        <w:rPr>
          <w:i/>
          <w:sz w:val="26"/>
          <w:szCs w:val="26"/>
        </w:rPr>
        <w:t>(Ghi rõ cơ sở pháp lý của đề xuất ưu đãi, hỗ trợ đầu tư)</w:t>
      </w:r>
    </w:p>
    <w:p w14:paraId="6DDA6CE4" w14:textId="77777777" w:rsidR="000529BD" w:rsidRPr="00AB0738" w:rsidRDefault="00AB0738">
      <w:pPr>
        <w:rPr>
          <w:sz w:val="26"/>
          <w:szCs w:val="26"/>
        </w:rPr>
      </w:pPr>
      <w:r w:rsidRPr="00AB0738">
        <w:rPr>
          <w:b/>
          <w:sz w:val="26"/>
          <w:szCs w:val="26"/>
        </w:rPr>
        <w:t>1. Ưu đãi về thuế thu nhập doanh nghiệp (nếu có)</w:t>
      </w:r>
    </w:p>
    <w:p w14:paraId="6F905BA4" w14:textId="77777777" w:rsidR="000529BD" w:rsidRPr="00AB0738" w:rsidRDefault="00AB0738">
      <w:pPr>
        <w:rPr>
          <w:sz w:val="26"/>
          <w:szCs w:val="26"/>
        </w:rPr>
      </w:pPr>
      <w:r w:rsidRPr="00AB0738">
        <w:rPr>
          <w:sz w:val="26"/>
          <w:szCs w:val="26"/>
        </w:rPr>
        <w:t>Cơ sở pháp lý của ưu đãi (ghi rõ tên văn bản</w:t>
      </w:r>
      <w:r w:rsidRPr="00AB0738">
        <w:rPr>
          <w:sz w:val="26"/>
          <w:szCs w:val="26"/>
        </w:rPr>
        <w:t xml:space="preserve"> pháp luật, điều khoản áp dụng)</w:t>
      </w:r>
    </w:p>
    <w:p w14:paraId="10188350" w14:textId="77777777" w:rsidR="000529BD" w:rsidRPr="00AB0738" w:rsidRDefault="00AB0738">
      <w:pPr>
        <w:spacing w:before="20"/>
        <w:rPr>
          <w:sz w:val="26"/>
          <w:szCs w:val="26"/>
        </w:rPr>
      </w:pPr>
      <w:r w:rsidRPr="00AB0738">
        <w:rPr>
          <w:b/>
          <w:sz w:val="26"/>
          <w:szCs w:val="26"/>
        </w:rPr>
        <w:t>2. Ưu đãi về thuế nhập khẩu (nếu có)</w:t>
      </w:r>
    </w:p>
    <w:p w14:paraId="17725AB9" w14:textId="77777777" w:rsidR="000529BD" w:rsidRPr="00AB0738" w:rsidRDefault="00AB0738">
      <w:pPr>
        <w:rPr>
          <w:sz w:val="26"/>
          <w:szCs w:val="26"/>
        </w:rPr>
      </w:pPr>
      <w:r w:rsidRPr="00AB0738">
        <w:rPr>
          <w:sz w:val="26"/>
          <w:szCs w:val="26"/>
        </w:rPr>
        <w:t>Cơ sở pháp lý của ưu đãi (ghi rõ tên văn bản pháp luật, điều khoản áp dụng)</w:t>
      </w:r>
    </w:p>
    <w:p w14:paraId="190F29B3" w14:textId="77777777" w:rsidR="000529BD" w:rsidRPr="00AB0738" w:rsidRDefault="00AB0738">
      <w:pPr>
        <w:spacing w:before="20"/>
        <w:rPr>
          <w:sz w:val="26"/>
          <w:szCs w:val="26"/>
        </w:rPr>
      </w:pPr>
      <w:r w:rsidRPr="00AB0738">
        <w:rPr>
          <w:b/>
          <w:sz w:val="26"/>
          <w:szCs w:val="26"/>
        </w:rPr>
        <w:t>3. Ưu đãi về miễn, giảm tiền thuê đất, tiền sử dụng đất, thuế sử dụng đất (nếu có)</w:t>
      </w:r>
    </w:p>
    <w:p w14:paraId="75BF7E3B" w14:textId="77777777" w:rsidR="000529BD" w:rsidRPr="00AB0738" w:rsidRDefault="00AB0738">
      <w:pPr>
        <w:rPr>
          <w:sz w:val="26"/>
          <w:szCs w:val="26"/>
        </w:rPr>
      </w:pPr>
      <w:r w:rsidRPr="00AB0738">
        <w:rPr>
          <w:sz w:val="26"/>
          <w:szCs w:val="26"/>
        </w:rPr>
        <w:t>Cơ sở pháp lý của ưu đãi (gh</w:t>
      </w:r>
      <w:r w:rsidRPr="00AB0738">
        <w:rPr>
          <w:sz w:val="26"/>
          <w:szCs w:val="26"/>
        </w:rPr>
        <w:t>i rõ tên văn bản pháp luật, điều khoản áp dụng)</w:t>
      </w:r>
    </w:p>
    <w:p w14:paraId="4E5AA534" w14:textId="77777777" w:rsidR="000529BD" w:rsidRPr="00AB0738" w:rsidRDefault="00AB0738">
      <w:pPr>
        <w:spacing w:before="20"/>
        <w:rPr>
          <w:sz w:val="26"/>
          <w:szCs w:val="26"/>
        </w:rPr>
      </w:pPr>
      <w:r w:rsidRPr="00AB0738">
        <w:rPr>
          <w:b/>
          <w:sz w:val="26"/>
          <w:szCs w:val="26"/>
        </w:rPr>
        <w:t>4. Ưu đãi khấu hao nhanh, tăng mức chi phí được khấu trừ khi tính thu nhập chịu thuế (nếu có)</w:t>
      </w:r>
    </w:p>
    <w:p w14:paraId="06809AD4" w14:textId="77777777" w:rsidR="000529BD" w:rsidRPr="00AB0738" w:rsidRDefault="00AB0738">
      <w:pPr>
        <w:spacing w:before="20"/>
        <w:rPr>
          <w:sz w:val="26"/>
          <w:szCs w:val="26"/>
        </w:rPr>
      </w:pPr>
      <w:r w:rsidRPr="00AB0738">
        <w:rPr>
          <w:b/>
          <w:sz w:val="26"/>
          <w:szCs w:val="26"/>
        </w:rPr>
        <w:t>5. Ưu đãi đầu tư đặc biệt (nếu có)</w:t>
      </w:r>
    </w:p>
    <w:p w14:paraId="0EC06FD1" w14:textId="77777777" w:rsidR="000529BD" w:rsidRPr="00AB0738" w:rsidRDefault="00AB0738">
      <w:pPr>
        <w:spacing w:before="20"/>
        <w:rPr>
          <w:sz w:val="26"/>
          <w:szCs w:val="26"/>
        </w:rPr>
      </w:pPr>
      <w:r w:rsidRPr="00AB0738">
        <w:rPr>
          <w:b/>
          <w:sz w:val="26"/>
          <w:szCs w:val="26"/>
        </w:rPr>
        <w:t>6. Đề xuất hỗ trợ đầu tư (nếu có)</w:t>
      </w:r>
    </w:p>
    <w:tbl>
      <w:tblPr>
        <w:tblW w:w="0" w:type="auto"/>
        <w:jc w:val="center"/>
        <w:tblLayout w:type="fixed"/>
        <w:tblLook w:val="04A0" w:firstRow="1" w:lastRow="0" w:firstColumn="1" w:lastColumn="0" w:noHBand="0" w:noVBand="1"/>
      </w:tblPr>
      <w:tblGrid>
        <w:gridCol w:w="5156"/>
        <w:gridCol w:w="5156"/>
      </w:tblGrid>
      <w:tr w:rsidR="000529BD" w14:paraId="3FA18368" w14:textId="77777777">
        <w:trPr>
          <w:jc w:val="center"/>
        </w:trPr>
        <w:tc>
          <w:tcPr>
            <w:tcW w:w="5156" w:type="dxa"/>
            <w:tcBorders>
              <w:top w:val="nil"/>
              <w:left w:val="nil"/>
              <w:bottom w:val="nil"/>
              <w:right w:val="nil"/>
            </w:tcBorders>
          </w:tcPr>
          <w:p w14:paraId="078E4C44" w14:textId="77777777" w:rsidR="000529BD" w:rsidRDefault="000529BD"/>
        </w:tc>
        <w:tc>
          <w:tcPr>
            <w:tcW w:w="5156" w:type="dxa"/>
            <w:tcBorders>
              <w:top w:val="nil"/>
              <w:left w:val="nil"/>
              <w:bottom w:val="nil"/>
              <w:right w:val="nil"/>
            </w:tcBorders>
          </w:tcPr>
          <w:p w14:paraId="79108E0A" w14:textId="77777777" w:rsidR="000529BD" w:rsidRPr="00AB0738" w:rsidRDefault="00AB0738">
            <w:pPr>
              <w:jc w:val="center"/>
              <w:rPr>
                <w:sz w:val="26"/>
                <w:szCs w:val="26"/>
              </w:rPr>
            </w:pPr>
            <w:r w:rsidRPr="00AB0738">
              <w:rPr>
                <w:b/>
                <w:sz w:val="26"/>
                <w:szCs w:val="26"/>
              </w:rPr>
              <w:t xml:space="preserve">…., ngày </w:t>
            </w:r>
            <w:proofErr w:type="gramStart"/>
            <w:r w:rsidRPr="00AB0738">
              <w:rPr>
                <w:b/>
                <w:sz w:val="26"/>
                <w:szCs w:val="26"/>
              </w:rPr>
              <w:t>.....</w:t>
            </w:r>
            <w:proofErr w:type="gramEnd"/>
            <w:r w:rsidRPr="00AB0738">
              <w:rPr>
                <w:b/>
                <w:sz w:val="26"/>
                <w:szCs w:val="26"/>
              </w:rPr>
              <w:t xml:space="preserve"> tháng </w:t>
            </w:r>
            <w:proofErr w:type="gramStart"/>
            <w:r w:rsidRPr="00AB0738">
              <w:rPr>
                <w:b/>
                <w:sz w:val="26"/>
                <w:szCs w:val="26"/>
              </w:rPr>
              <w:t>.....</w:t>
            </w:r>
            <w:proofErr w:type="gramEnd"/>
            <w:r w:rsidRPr="00AB0738">
              <w:rPr>
                <w:b/>
                <w:sz w:val="26"/>
                <w:szCs w:val="26"/>
              </w:rPr>
              <w:t xml:space="preserve"> năm </w:t>
            </w:r>
            <w:proofErr w:type="gramStart"/>
            <w:r w:rsidRPr="00AB0738">
              <w:rPr>
                <w:b/>
                <w:sz w:val="26"/>
                <w:szCs w:val="26"/>
              </w:rPr>
              <w:t>.....</w:t>
            </w:r>
            <w:proofErr w:type="gramEnd"/>
            <w:r w:rsidRPr="00AB0738">
              <w:rPr>
                <w:b/>
                <w:sz w:val="26"/>
                <w:szCs w:val="26"/>
              </w:rPr>
              <w:br/>
              <w:t>NHÀ ĐẦU</w:t>
            </w:r>
            <w:r w:rsidRPr="00AB0738">
              <w:rPr>
                <w:b/>
                <w:sz w:val="26"/>
                <w:szCs w:val="26"/>
              </w:rPr>
              <w:t xml:space="preserve"> TƯ</w:t>
            </w:r>
          </w:p>
          <w:p w14:paraId="0B25FE76" w14:textId="77777777" w:rsidR="000529BD" w:rsidRPr="00AB0738" w:rsidRDefault="00AB0738">
            <w:pPr>
              <w:jc w:val="center"/>
              <w:rPr>
                <w:sz w:val="22"/>
              </w:rPr>
            </w:pPr>
            <w:r w:rsidRPr="00AB0738">
              <w:rPr>
                <w:i/>
                <w:sz w:val="22"/>
              </w:rPr>
              <w:t>Từng nhà đầu tư ký, ghi rõ họ tên, chức danh và đóng dấu (nếu có)</w:t>
            </w:r>
          </w:p>
          <w:p w14:paraId="4B9FACD7" w14:textId="77777777" w:rsidR="000529BD" w:rsidRDefault="000529BD"/>
          <w:p w14:paraId="408BA32D" w14:textId="77777777" w:rsidR="000529BD" w:rsidRDefault="000529BD"/>
          <w:p w14:paraId="39AB4DE8" w14:textId="77777777" w:rsidR="00AB0738" w:rsidRDefault="00AB0738"/>
          <w:p w14:paraId="3DC0223B" w14:textId="77777777" w:rsidR="00AB0738" w:rsidRDefault="00AB0738"/>
          <w:p w14:paraId="5A75EDA8" w14:textId="77777777" w:rsidR="00AB0738" w:rsidRDefault="00AB0738"/>
          <w:p w14:paraId="0797B27F" w14:textId="77777777" w:rsidR="00AB0738" w:rsidRDefault="00AB0738"/>
          <w:p w14:paraId="6E2007A3" w14:textId="77777777" w:rsidR="00AB0738" w:rsidRDefault="00AB0738"/>
          <w:p w14:paraId="5700E2FC" w14:textId="77777777" w:rsidR="00AB0738" w:rsidRDefault="00AB0738"/>
          <w:p w14:paraId="1654EBC0" w14:textId="77777777" w:rsidR="00AB0738" w:rsidRDefault="00AB0738"/>
          <w:p w14:paraId="47B681E2" w14:textId="5810C4A6" w:rsidR="00AB0738" w:rsidRDefault="00AB0738"/>
        </w:tc>
      </w:tr>
    </w:tbl>
    <w:p w14:paraId="323B117C" w14:textId="77777777" w:rsidR="000529BD" w:rsidRDefault="00AB0738">
      <w:pPr>
        <w:spacing w:before="40"/>
      </w:pPr>
      <w:r>
        <w:rPr>
          <w:sz w:val="17"/>
        </w:rPr>
        <w:t>________________________</w:t>
      </w:r>
    </w:p>
    <w:p w14:paraId="1F1AA0AF" w14:textId="77777777" w:rsidR="000529BD" w:rsidRDefault="00AB0738">
      <w:r>
        <w:rPr>
          <w:i/>
          <w:sz w:val="17"/>
        </w:rPr>
        <w:t xml:space="preserve">¹ Đối với dự án đầu tư đã triển khai hoạt động, đề xuất dự án đầu tư được thay bằng báo cáo tình hình thực hiện dự án đầu tư từ thời điểm triển khai đến </w:t>
      </w:r>
      <w:r>
        <w:rPr>
          <w:i/>
          <w:sz w:val="17"/>
        </w:rPr>
        <w:t>thời điểm đề nghị cấp Giấy chứng nhận đăng ký đầu tư.</w:t>
      </w:r>
    </w:p>
    <w:sectPr w:rsidR="000529BD" w:rsidSect="00034616">
      <w:pgSz w:w="12240" w:h="15840"/>
      <w:pgMar w:top="850" w:right="907"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ambria">
    <w:panose1 w:val="02040503050406030204"/>
    <w:charset w:val="A3"/>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3"/>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9BD"/>
    <w:rsid w:val="0006063C"/>
    <w:rsid w:val="0015074B"/>
    <w:rsid w:val="0029639D"/>
    <w:rsid w:val="00326F90"/>
    <w:rsid w:val="00AA1D8D"/>
    <w:rsid w:val="00AB073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C7021C"/>
  <w14:defaultImageDpi w14:val="300"/>
  <w15:docId w15:val="{0A078995-94D2-4350-B4ED-0797CC1EF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52" w:lineRule="auto"/>
    </w:pPr>
    <w:rPr>
      <w:rFonts w:ascii="Times New Roman" w:eastAsia="Times New Roman" w:hAnsi="Times New Roman"/>
      <w:sz w:val="23"/>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Manh Nguyen Van</cp:lastModifiedBy>
  <cp:revision>2</cp:revision>
  <dcterms:created xsi:type="dcterms:W3CDTF">2013-12-23T23:15:00Z</dcterms:created>
  <dcterms:modified xsi:type="dcterms:W3CDTF">2026-09-08T14:15:00Z</dcterms:modified>
  <cp:category/>
</cp:coreProperties>
</file>