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E3D81D" w14:textId="77777777" w:rsidR="00C41414" w:rsidRDefault="00C82C32">
      <w:pPr>
        <w:jc w:val="center"/>
      </w:pPr>
      <w:r>
        <w:rPr>
          <w:b/>
          <w:sz w:val="26"/>
        </w:rPr>
        <w:t>Mẫu A.I.6</w:t>
      </w:r>
    </w:p>
    <w:p w14:paraId="37E6A4C1" w14:textId="77777777" w:rsidR="00C41414" w:rsidRDefault="00C82C32">
      <w:pPr>
        <w:jc w:val="center"/>
      </w:pPr>
      <w:r>
        <w:rPr>
          <w:b/>
          <w:sz w:val="26"/>
        </w:rPr>
        <w:t>Văn bản đề nghị cấp Giấy chứng nhận đăng ký đầu tư</w:t>
      </w:r>
    </w:p>
    <w:p w14:paraId="264B6040" w14:textId="77777777" w:rsidR="00C41414" w:rsidRDefault="00C82C32">
      <w:pPr>
        <w:spacing w:after="120"/>
        <w:jc w:val="center"/>
      </w:pPr>
      <w:r>
        <w:rPr>
          <w:i/>
          <w:sz w:val="24"/>
        </w:rPr>
        <w:t>(Các khoản 2 và 4 Điều 35 Nghị định số 31/2021/NĐ-CP)</w:t>
      </w:r>
    </w:p>
    <w:p w14:paraId="34B82C73" w14:textId="77777777" w:rsidR="00C41414" w:rsidRDefault="00C82C32">
      <w:pPr>
        <w:jc w:val="center"/>
      </w:pPr>
      <w:r>
        <w:rPr>
          <w:b/>
          <w:sz w:val="26"/>
        </w:rPr>
        <w:t>CỘNG HOÀ XÃ HỘI CHỦ NGHĨA VIỆT NAM</w:t>
      </w:r>
    </w:p>
    <w:p w14:paraId="188E1045" w14:textId="77777777" w:rsidR="00C41414" w:rsidRDefault="00C82C32">
      <w:pPr>
        <w:jc w:val="center"/>
      </w:pPr>
      <w:r>
        <w:rPr>
          <w:b/>
          <w:sz w:val="26"/>
        </w:rPr>
        <w:t>Độc lập - Tự do - Hạnh phúc</w:t>
      </w:r>
    </w:p>
    <w:p w14:paraId="1D12EE67" w14:textId="77777777" w:rsidR="00C41414" w:rsidRDefault="00C82C32">
      <w:pPr>
        <w:spacing w:after="160"/>
        <w:jc w:val="center"/>
      </w:pPr>
      <w:r>
        <w:rPr>
          <w:sz w:val="24"/>
        </w:rPr>
        <w:t>_______________________</w:t>
      </w:r>
    </w:p>
    <w:p w14:paraId="7A5095E5" w14:textId="77777777" w:rsidR="00C41414" w:rsidRDefault="00C82C32">
      <w:pPr>
        <w:jc w:val="center"/>
      </w:pPr>
      <w:r>
        <w:rPr>
          <w:b/>
          <w:sz w:val="28"/>
        </w:rPr>
        <w:t>VĂN BẢN ĐỀ NGHỊ</w:t>
      </w:r>
    </w:p>
    <w:p w14:paraId="1FAB22E8" w14:textId="0366EAA3" w:rsidR="00C82C32" w:rsidRPr="00C82C32" w:rsidRDefault="00C82C32" w:rsidP="00C82C32">
      <w:pPr>
        <w:spacing w:after="160"/>
        <w:jc w:val="center"/>
        <w:rPr>
          <w:b/>
          <w:sz w:val="28"/>
        </w:rPr>
      </w:pPr>
      <w:r>
        <w:rPr>
          <w:b/>
          <w:sz w:val="28"/>
        </w:rPr>
        <w:t>CẤP GIẤY CHỨNG NHẬN ĐĂNG KÝ ĐẦU TƯ</w:t>
      </w:r>
    </w:p>
    <w:p w14:paraId="30D81E33" w14:textId="77777777" w:rsidR="00C41414" w:rsidRDefault="00C82C32">
      <w:pPr>
        <w:spacing w:after="160"/>
        <w:jc w:val="center"/>
      </w:pPr>
      <w:r>
        <w:rPr>
          <w:sz w:val="26"/>
        </w:rPr>
        <w:t>Kính gửi: ……</w:t>
      </w:r>
      <w:proofErr w:type="gramStart"/>
      <w:r>
        <w:rPr>
          <w:sz w:val="26"/>
        </w:rPr>
        <w:t>…..</w:t>
      </w:r>
      <w:proofErr w:type="gramEnd"/>
      <w:r>
        <w:rPr>
          <w:sz w:val="26"/>
        </w:rPr>
        <w:t xml:space="preserve"> (Tên cơ quan đăng ký đầu tư)</w:t>
      </w:r>
    </w:p>
    <w:p w14:paraId="6E0B57B4" w14:textId="77777777" w:rsidR="00C41414" w:rsidRPr="00C82C32" w:rsidRDefault="00C82C32">
      <w:pPr>
        <w:spacing w:after="120"/>
        <w:ind w:firstLine="425"/>
        <w:jc w:val="both"/>
        <w:rPr>
          <w:sz w:val="24"/>
          <w:szCs w:val="24"/>
        </w:rPr>
      </w:pPr>
      <w:r w:rsidRPr="00C82C32">
        <w:rPr>
          <w:sz w:val="24"/>
          <w:szCs w:val="24"/>
        </w:rPr>
        <w:t>Nhà đầu tư có dự án được chấp thuận chủ trương đầu tư tại Quyết định số .... và đã trúng đấu giá, trúng thầu tại Quyết định phê duyệt kết quả trúng đấu giá hoặc Quyết định phê duyệt kết quả lựa chọn nhà đầu tư s</w:t>
      </w:r>
      <w:r w:rsidRPr="00C82C32">
        <w:rPr>
          <w:sz w:val="24"/>
          <w:szCs w:val="24"/>
        </w:rPr>
        <w:t>ố.... /Nhà đầu tư được chấp thuận theo Quyết định chấp thuận nhà đầu tư, nay đề nghị cấp Giấy chứng nhận đăng ký đầu tư với các nội dung sau:</w:t>
      </w:r>
    </w:p>
    <w:p w14:paraId="44307D2E" w14:textId="77777777" w:rsidR="00C41414" w:rsidRPr="00C82C32" w:rsidRDefault="00C82C32">
      <w:pPr>
        <w:spacing w:after="80"/>
        <w:rPr>
          <w:sz w:val="26"/>
          <w:szCs w:val="26"/>
        </w:rPr>
      </w:pPr>
      <w:r w:rsidRPr="00C82C32">
        <w:rPr>
          <w:b/>
          <w:sz w:val="26"/>
          <w:szCs w:val="26"/>
        </w:rPr>
        <w:t>I. NHÀ ĐẦU TƯ</w:t>
      </w:r>
    </w:p>
    <w:p w14:paraId="133F156C" w14:textId="77777777" w:rsidR="00C41414" w:rsidRPr="00C82C32" w:rsidRDefault="00C82C32">
      <w:pPr>
        <w:rPr>
          <w:sz w:val="26"/>
          <w:szCs w:val="26"/>
        </w:rPr>
      </w:pPr>
      <w:r w:rsidRPr="00C82C32">
        <w:rPr>
          <w:b/>
          <w:sz w:val="26"/>
          <w:szCs w:val="26"/>
        </w:rPr>
        <w:t>1. Đối với nhà đầu tư là cá nhân:</w:t>
      </w:r>
    </w:p>
    <w:p w14:paraId="76257D30" w14:textId="77777777" w:rsidR="00C41414" w:rsidRPr="00C82C32" w:rsidRDefault="00C82C32">
      <w:pPr>
        <w:rPr>
          <w:sz w:val="26"/>
          <w:szCs w:val="26"/>
        </w:rPr>
      </w:pPr>
      <w:r w:rsidRPr="00C82C32">
        <w:rPr>
          <w:sz w:val="26"/>
          <w:szCs w:val="26"/>
        </w:rPr>
        <w:t>Họ tên: ..........................................................</w:t>
      </w:r>
      <w:r w:rsidRPr="00C82C32">
        <w:rPr>
          <w:sz w:val="26"/>
          <w:szCs w:val="26"/>
        </w:rPr>
        <w:t>.......   Giới tính: ..............................</w:t>
      </w:r>
    </w:p>
    <w:p w14:paraId="17409A0B" w14:textId="77777777" w:rsidR="00C41414" w:rsidRPr="00C82C32" w:rsidRDefault="00C82C32">
      <w:pPr>
        <w:rPr>
          <w:sz w:val="26"/>
          <w:szCs w:val="26"/>
        </w:rPr>
      </w:pPr>
      <w:r w:rsidRPr="00C82C32">
        <w:rPr>
          <w:sz w:val="26"/>
          <w:szCs w:val="26"/>
        </w:rPr>
        <w:t>Ngày sinh: ..............................................   Quốc tịch: ...........................................</w:t>
      </w:r>
    </w:p>
    <w:p w14:paraId="2462585D" w14:textId="77777777" w:rsidR="00C41414" w:rsidRPr="00C82C32" w:rsidRDefault="00C82C32">
      <w:pPr>
        <w:rPr>
          <w:sz w:val="26"/>
          <w:szCs w:val="26"/>
        </w:rPr>
      </w:pPr>
      <w:r w:rsidRPr="00C82C32">
        <w:rPr>
          <w:sz w:val="26"/>
          <w:szCs w:val="26"/>
        </w:rPr>
        <w:t xml:space="preserve">...... (Tài liệu về tư cách pháp lý của cá </w:t>
      </w:r>
      <w:proofErr w:type="gramStart"/>
      <w:r w:rsidRPr="00C82C32">
        <w:rPr>
          <w:sz w:val="26"/>
          <w:szCs w:val="26"/>
        </w:rPr>
        <w:t>nhân)¹</w:t>
      </w:r>
      <w:proofErr w:type="gramEnd"/>
      <w:r w:rsidRPr="00C82C32">
        <w:rPr>
          <w:sz w:val="26"/>
          <w:szCs w:val="26"/>
        </w:rPr>
        <w:t xml:space="preserve"> số: ........; ngày cấp: ........; Nơi c</w:t>
      </w:r>
      <w:r w:rsidRPr="00C82C32">
        <w:rPr>
          <w:sz w:val="26"/>
          <w:szCs w:val="26"/>
        </w:rPr>
        <w:t>ấp: ........</w:t>
      </w:r>
    </w:p>
    <w:p w14:paraId="6BE49C62" w14:textId="77777777" w:rsidR="00C41414" w:rsidRPr="00C82C32" w:rsidRDefault="00C82C32">
      <w:pPr>
        <w:rPr>
          <w:sz w:val="26"/>
          <w:szCs w:val="26"/>
        </w:rPr>
      </w:pPr>
      <w:r w:rsidRPr="00C82C32">
        <w:rPr>
          <w:sz w:val="26"/>
          <w:szCs w:val="26"/>
        </w:rPr>
        <w:t>Địa chỉ thường trú: ................................................................................................................</w:t>
      </w:r>
    </w:p>
    <w:p w14:paraId="3C504913" w14:textId="77777777" w:rsidR="00C41414" w:rsidRPr="00C82C32" w:rsidRDefault="00C82C32">
      <w:pPr>
        <w:rPr>
          <w:sz w:val="26"/>
          <w:szCs w:val="26"/>
        </w:rPr>
      </w:pPr>
      <w:r w:rsidRPr="00C82C32">
        <w:rPr>
          <w:sz w:val="26"/>
          <w:szCs w:val="26"/>
        </w:rPr>
        <w:t>Chỗ ở hiện tại: ..............................................................................................</w:t>
      </w:r>
      <w:r w:rsidRPr="00C82C32">
        <w:rPr>
          <w:sz w:val="26"/>
          <w:szCs w:val="26"/>
        </w:rPr>
        <w:t>..........................</w:t>
      </w:r>
    </w:p>
    <w:p w14:paraId="6F101FE9" w14:textId="77777777" w:rsidR="00C41414" w:rsidRPr="00C82C32" w:rsidRDefault="00C82C32">
      <w:pPr>
        <w:rPr>
          <w:sz w:val="26"/>
          <w:szCs w:val="26"/>
        </w:rPr>
      </w:pPr>
      <w:r w:rsidRPr="00C82C32">
        <w:rPr>
          <w:sz w:val="26"/>
          <w:szCs w:val="26"/>
        </w:rPr>
        <w:t>Mã số thuế (tại Việt Nam - nếu có): ........................................................................................</w:t>
      </w:r>
    </w:p>
    <w:p w14:paraId="58A52ED2" w14:textId="77777777" w:rsidR="00C41414" w:rsidRPr="00C82C32" w:rsidRDefault="00C82C32">
      <w:pPr>
        <w:rPr>
          <w:sz w:val="26"/>
          <w:szCs w:val="26"/>
        </w:rPr>
      </w:pPr>
      <w:r w:rsidRPr="00C82C32">
        <w:rPr>
          <w:sz w:val="26"/>
          <w:szCs w:val="26"/>
        </w:rPr>
        <w:t>Điện thoại: ..............................   Fax: ..............................   Email: ..............</w:t>
      </w:r>
      <w:r w:rsidRPr="00C82C32">
        <w:rPr>
          <w:sz w:val="26"/>
          <w:szCs w:val="26"/>
        </w:rPr>
        <w:t>...........................</w:t>
      </w:r>
    </w:p>
    <w:p w14:paraId="54020DD2" w14:textId="77777777" w:rsidR="00C41414" w:rsidRPr="00C82C32" w:rsidRDefault="00C82C32">
      <w:pPr>
        <w:spacing w:before="80"/>
        <w:rPr>
          <w:sz w:val="26"/>
          <w:szCs w:val="26"/>
        </w:rPr>
      </w:pPr>
      <w:r w:rsidRPr="00C82C32">
        <w:rPr>
          <w:b/>
          <w:sz w:val="26"/>
          <w:szCs w:val="26"/>
        </w:rPr>
        <w:t>2. Đối với nhà đầu tư là doanh nghiệp/tổ chức:</w:t>
      </w:r>
    </w:p>
    <w:p w14:paraId="6DD921D4" w14:textId="77777777" w:rsidR="00C41414" w:rsidRPr="00C82C32" w:rsidRDefault="00C82C32">
      <w:pPr>
        <w:rPr>
          <w:sz w:val="26"/>
          <w:szCs w:val="26"/>
        </w:rPr>
      </w:pPr>
      <w:r w:rsidRPr="00C82C32">
        <w:rPr>
          <w:sz w:val="26"/>
          <w:szCs w:val="26"/>
        </w:rPr>
        <w:t>Tên doanh nghiệp/tổ chức: ......................................................................................................</w:t>
      </w:r>
    </w:p>
    <w:p w14:paraId="3DF3BB7A" w14:textId="77777777" w:rsidR="00C41414" w:rsidRPr="00C82C32" w:rsidRDefault="00C82C32">
      <w:pPr>
        <w:rPr>
          <w:sz w:val="26"/>
          <w:szCs w:val="26"/>
        </w:rPr>
      </w:pPr>
      <w:r w:rsidRPr="00C82C32">
        <w:rPr>
          <w:sz w:val="26"/>
          <w:szCs w:val="26"/>
        </w:rPr>
        <w:t xml:space="preserve">...... (Tài liệu về tư cách pháp lý của tổ </w:t>
      </w:r>
      <w:proofErr w:type="gramStart"/>
      <w:r w:rsidRPr="00C82C32">
        <w:rPr>
          <w:sz w:val="26"/>
          <w:szCs w:val="26"/>
        </w:rPr>
        <w:t>chức)²</w:t>
      </w:r>
      <w:proofErr w:type="gramEnd"/>
      <w:r w:rsidRPr="00C82C32">
        <w:rPr>
          <w:sz w:val="26"/>
          <w:szCs w:val="26"/>
        </w:rPr>
        <w:t xml:space="preserve"> số</w:t>
      </w:r>
      <w:r w:rsidRPr="00C82C32">
        <w:rPr>
          <w:sz w:val="26"/>
          <w:szCs w:val="26"/>
        </w:rPr>
        <w:t>: ........; ngày cấp: ........; Cơ quan cấp: ........</w:t>
      </w:r>
    </w:p>
    <w:p w14:paraId="4A6BFBBB" w14:textId="77777777" w:rsidR="00C41414" w:rsidRPr="00C82C32" w:rsidRDefault="00C82C32">
      <w:pPr>
        <w:rPr>
          <w:sz w:val="26"/>
          <w:szCs w:val="26"/>
        </w:rPr>
      </w:pPr>
      <w:r w:rsidRPr="00C82C32">
        <w:rPr>
          <w:sz w:val="26"/>
          <w:szCs w:val="26"/>
        </w:rPr>
        <w:t>Địa chỉ trụ sở: ..........................................................................................................................</w:t>
      </w:r>
    </w:p>
    <w:p w14:paraId="2BA5088E" w14:textId="77777777" w:rsidR="00C41414" w:rsidRPr="00C82C32" w:rsidRDefault="00C82C32">
      <w:pPr>
        <w:rPr>
          <w:sz w:val="26"/>
          <w:szCs w:val="26"/>
        </w:rPr>
      </w:pPr>
      <w:r w:rsidRPr="00C82C32">
        <w:rPr>
          <w:sz w:val="26"/>
          <w:szCs w:val="26"/>
        </w:rPr>
        <w:t>Mã số thuế (tại Việt Nam - nếu có): ...........................</w:t>
      </w:r>
      <w:r w:rsidRPr="00C82C32">
        <w:rPr>
          <w:sz w:val="26"/>
          <w:szCs w:val="26"/>
        </w:rPr>
        <w:t>.............................................................</w:t>
      </w:r>
    </w:p>
    <w:p w14:paraId="7545FE55" w14:textId="77777777" w:rsidR="00C41414" w:rsidRPr="00C82C32" w:rsidRDefault="00C82C32">
      <w:pPr>
        <w:rPr>
          <w:sz w:val="26"/>
          <w:szCs w:val="26"/>
        </w:rPr>
      </w:pPr>
      <w:r w:rsidRPr="00C82C32">
        <w:rPr>
          <w:sz w:val="26"/>
          <w:szCs w:val="26"/>
        </w:rPr>
        <w:t>Điện thoại: ........................   Fax: ........................   Email: ........................   Website (nếu có): ........................</w:t>
      </w:r>
    </w:p>
    <w:p w14:paraId="193AFF6A" w14:textId="77777777" w:rsidR="00C41414" w:rsidRPr="00C82C32" w:rsidRDefault="00C82C32">
      <w:pPr>
        <w:rPr>
          <w:sz w:val="26"/>
          <w:szCs w:val="26"/>
        </w:rPr>
      </w:pPr>
      <w:r w:rsidRPr="00C82C32">
        <w:rPr>
          <w:sz w:val="26"/>
          <w:szCs w:val="26"/>
        </w:rPr>
        <w:t xml:space="preserve">Thông tin về người đại diện theo pháp luật </w:t>
      </w:r>
      <w:r w:rsidRPr="00C82C32">
        <w:rPr>
          <w:sz w:val="26"/>
          <w:szCs w:val="26"/>
        </w:rPr>
        <w:t>của doanh nghiệp/tổ chức đăng ký đầu tư, gồm:</w:t>
      </w:r>
    </w:p>
    <w:p w14:paraId="076534CB" w14:textId="77777777" w:rsidR="00C41414" w:rsidRPr="00C82C32" w:rsidRDefault="00C82C32">
      <w:pPr>
        <w:rPr>
          <w:sz w:val="26"/>
          <w:szCs w:val="26"/>
        </w:rPr>
      </w:pPr>
      <w:r w:rsidRPr="00C82C32">
        <w:rPr>
          <w:sz w:val="26"/>
          <w:szCs w:val="26"/>
        </w:rPr>
        <w:t>Họ tên: .................................................................   Giới tính: ..............................</w:t>
      </w:r>
    </w:p>
    <w:p w14:paraId="50A6F476" w14:textId="77777777" w:rsidR="00C41414" w:rsidRPr="00C82C32" w:rsidRDefault="00C82C32">
      <w:pPr>
        <w:rPr>
          <w:sz w:val="26"/>
          <w:szCs w:val="26"/>
        </w:rPr>
      </w:pPr>
      <w:r w:rsidRPr="00C82C32">
        <w:rPr>
          <w:sz w:val="26"/>
          <w:szCs w:val="26"/>
        </w:rPr>
        <w:t>Ngày sinh: ........................   Quốc tịch: ........................   Chức danh: .....</w:t>
      </w:r>
      <w:r w:rsidRPr="00C82C32">
        <w:rPr>
          <w:sz w:val="26"/>
          <w:szCs w:val="26"/>
        </w:rPr>
        <w:t>...................</w:t>
      </w:r>
    </w:p>
    <w:p w14:paraId="2FFD2CDB" w14:textId="77777777" w:rsidR="00C41414" w:rsidRPr="00C82C32" w:rsidRDefault="00C82C32">
      <w:pPr>
        <w:rPr>
          <w:sz w:val="26"/>
          <w:szCs w:val="26"/>
        </w:rPr>
      </w:pPr>
      <w:r w:rsidRPr="00C82C32">
        <w:rPr>
          <w:sz w:val="26"/>
          <w:szCs w:val="26"/>
        </w:rPr>
        <w:t>...... (Tài liệu về tư cách pháp lý của cá nhân) số: ........; ngày cấp: ........; Nơi cấp: ........</w:t>
      </w:r>
    </w:p>
    <w:p w14:paraId="1EAEAD2B" w14:textId="77777777" w:rsidR="00C41414" w:rsidRPr="00C82C32" w:rsidRDefault="00C82C32">
      <w:pPr>
        <w:rPr>
          <w:sz w:val="26"/>
          <w:szCs w:val="26"/>
        </w:rPr>
      </w:pPr>
      <w:r w:rsidRPr="00C82C32">
        <w:rPr>
          <w:sz w:val="26"/>
          <w:szCs w:val="26"/>
        </w:rPr>
        <w:t>Địa chỉ thường trú: ................................................................................................................</w:t>
      </w:r>
    </w:p>
    <w:p w14:paraId="2E361BC5" w14:textId="77777777" w:rsidR="00C41414" w:rsidRPr="00C82C32" w:rsidRDefault="00C82C32">
      <w:pPr>
        <w:rPr>
          <w:sz w:val="26"/>
          <w:szCs w:val="26"/>
        </w:rPr>
      </w:pPr>
      <w:r w:rsidRPr="00C82C32">
        <w:rPr>
          <w:sz w:val="26"/>
          <w:szCs w:val="26"/>
        </w:rPr>
        <w:t>Ch</w:t>
      </w:r>
      <w:r w:rsidRPr="00C82C32">
        <w:rPr>
          <w:sz w:val="26"/>
          <w:szCs w:val="26"/>
        </w:rPr>
        <w:t>ỗ ở hiện tại: ........................................................................................................................</w:t>
      </w:r>
    </w:p>
    <w:p w14:paraId="6CD4238A" w14:textId="77777777" w:rsidR="00C41414" w:rsidRPr="00C82C32" w:rsidRDefault="00C82C32">
      <w:pPr>
        <w:rPr>
          <w:sz w:val="26"/>
          <w:szCs w:val="26"/>
        </w:rPr>
      </w:pPr>
      <w:r w:rsidRPr="00C82C32">
        <w:rPr>
          <w:sz w:val="26"/>
          <w:szCs w:val="26"/>
        </w:rPr>
        <w:t>Điện thoại: ..............................   Fax: ..............................   Email: ...............................</w:t>
      </w:r>
      <w:r w:rsidRPr="00C82C32">
        <w:rPr>
          <w:sz w:val="26"/>
          <w:szCs w:val="26"/>
        </w:rPr>
        <w:t>..........</w:t>
      </w:r>
    </w:p>
    <w:p w14:paraId="21645035" w14:textId="77777777" w:rsidR="00C41414" w:rsidRPr="00C82C32" w:rsidRDefault="00C82C32">
      <w:pPr>
        <w:rPr>
          <w:sz w:val="26"/>
          <w:szCs w:val="26"/>
        </w:rPr>
      </w:pPr>
      <w:r w:rsidRPr="00C82C32">
        <w:rPr>
          <w:sz w:val="26"/>
          <w:szCs w:val="26"/>
        </w:rPr>
        <w:t>Nhà đầu tư tiếp theo (nếu có): thông tin kê khai tương tự như nội dung tại mục 1 và 2.</w:t>
      </w:r>
    </w:p>
    <w:p w14:paraId="2065CA76" w14:textId="77777777" w:rsidR="00C41414" w:rsidRPr="00C82C32" w:rsidRDefault="00C82C32">
      <w:pPr>
        <w:spacing w:before="100"/>
        <w:rPr>
          <w:sz w:val="26"/>
          <w:szCs w:val="26"/>
        </w:rPr>
      </w:pPr>
      <w:r w:rsidRPr="00C82C32">
        <w:rPr>
          <w:sz w:val="26"/>
          <w:szCs w:val="26"/>
        </w:rPr>
        <w:t xml:space="preserve">¹ Là một trong các loại giấy tờ sau: Định danh cá nhân, thẻ Căn cước công dân, Giấy chứng minh nhân dân, Hộ chiếu, giấy tờ chứng thực cá nhân hợp pháp </w:t>
      </w:r>
      <w:r w:rsidRPr="00C82C32">
        <w:rPr>
          <w:sz w:val="26"/>
          <w:szCs w:val="26"/>
        </w:rPr>
        <w:t>khác.</w:t>
      </w:r>
    </w:p>
    <w:p w14:paraId="7C14D619" w14:textId="77777777" w:rsidR="00C41414" w:rsidRPr="00C82C32" w:rsidRDefault="00C82C32">
      <w:pPr>
        <w:spacing w:after="120"/>
        <w:rPr>
          <w:sz w:val="26"/>
          <w:szCs w:val="26"/>
        </w:rPr>
      </w:pPr>
      <w:r w:rsidRPr="00C82C32">
        <w:rPr>
          <w:sz w:val="26"/>
          <w:szCs w:val="26"/>
        </w:rPr>
        <w:lastRenderedPageBreak/>
        <w:t>² Là một trong các loại giấy tờ sau: Quyết định thành lập, Giấy chứng nhận đăng ký doanh nghiệp, tài liệu tương đương khác.</w:t>
      </w:r>
    </w:p>
    <w:p w14:paraId="466676FE" w14:textId="77777777" w:rsidR="00C41414" w:rsidRPr="00C82C32" w:rsidRDefault="00C82C32">
      <w:pPr>
        <w:spacing w:before="160" w:after="80"/>
        <w:rPr>
          <w:sz w:val="26"/>
          <w:szCs w:val="26"/>
        </w:rPr>
      </w:pPr>
      <w:r w:rsidRPr="00C82C32">
        <w:rPr>
          <w:b/>
          <w:sz w:val="26"/>
          <w:szCs w:val="26"/>
        </w:rPr>
        <w:t>II. THÔNG TIN VỀ TỔ CHỨC KINH TẾ DỰ KIẾN THÀNH LẬP (nếu có)</w:t>
      </w:r>
    </w:p>
    <w:p w14:paraId="63EFB621" w14:textId="77777777" w:rsidR="00C41414" w:rsidRPr="00C82C32" w:rsidRDefault="00C82C32">
      <w:pPr>
        <w:rPr>
          <w:sz w:val="26"/>
          <w:szCs w:val="26"/>
        </w:rPr>
      </w:pPr>
      <w:r w:rsidRPr="00C82C32">
        <w:rPr>
          <w:sz w:val="26"/>
          <w:szCs w:val="26"/>
        </w:rPr>
        <w:t>1. Tên tổ chức kinh tế: ..........................................</w:t>
      </w:r>
      <w:r w:rsidRPr="00C82C32">
        <w:rPr>
          <w:sz w:val="26"/>
          <w:szCs w:val="26"/>
        </w:rPr>
        <w:t>..................................................................</w:t>
      </w:r>
    </w:p>
    <w:p w14:paraId="7E2AF13E" w14:textId="77777777" w:rsidR="00C41414" w:rsidRPr="00C82C32" w:rsidRDefault="00C82C32">
      <w:pPr>
        <w:rPr>
          <w:sz w:val="26"/>
          <w:szCs w:val="26"/>
        </w:rPr>
      </w:pPr>
      <w:r w:rsidRPr="00C82C32">
        <w:rPr>
          <w:sz w:val="26"/>
          <w:szCs w:val="26"/>
        </w:rPr>
        <w:t>2. Loại hình tổ chức kinh tế: ...................................................................................................</w:t>
      </w:r>
    </w:p>
    <w:p w14:paraId="5075CEE2" w14:textId="77777777" w:rsidR="00C41414" w:rsidRPr="00C82C32" w:rsidRDefault="00C82C32">
      <w:pPr>
        <w:rPr>
          <w:sz w:val="26"/>
          <w:szCs w:val="26"/>
        </w:rPr>
      </w:pPr>
      <w:r w:rsidRPr="00C82C32">
        <w:rPr>
          <w:sz w:val="26"/>
          <w:szCs w:val="26"/>
        </w:rPr>
        <w:t>3. Địa chỉ: ...............................................</w:t>
      </w:r>
      <w:r w:rsidRPr="00C82C32">
        <w:rPr>
          <w:sz w:val="26"/>
          <w:szCs w:val="26"/>
        </w:rPr>
        <w:t>...................................................................................</w:t>
      </w:r>
    </w:p>
    <w:p w14:paraId="528E9B94" w14:textId="77777777" w:rsidR="00C41414" w:rsidRPr="00C82C32" w:rsidRDefault="00C82C32">
      <w:pPr>
        <w:rPr>
          <w:sz w:val="26"/>
          <w:szCs w:val="26"/>
        </w:rPr>
      </w:pPr>
      <w:r w:rsidRPr="00C82C32">
        <w:rPr>
          <w:sz w:val="26"/>
          <w:szCs w:val="26"/>
        </w:rPr>
        <w:t>4. Vốn điều lệ: …………… (bằng chữ) đồng và tương đương …………… (bằng chữ) đô la Mỹ (tỷ giá ……… ngày ……… của ……………).</w:t>
      </w:r>
    </w:p>
    <w:p w14:paraId="43F350AF" w14:textId="77777777" w:rsidR="00C41414" w:rsidRPr="00C82C32" w:rsidRDefault="00C82C32">
      <w:pPr>
        <w:rPr>
          <w:sz w:val="26"/>
          <w:szCs w:val="26"/>
        </w:rPr>
      </w:pPr>
      <w:r w:rsidRPr="00C82C32">
        <w:rPr>
          <w:sz w:val="26"/>
          <w:szCs w:val="26"/>
        </w:rPr>
        <w:t>5. Tỷ lệ góp vốn điều lệ của từng nhà đầu tư:</w:t>
      </w:r>
    </w:p>
    <w:tbl>
      <w:tblPr>
        <w:tblStyle w:val="TableGrid"/>
        <w:tblW w:w="0" w:type="auto"/>
        <w:jc w:val="center"/>
        <w:tblLook w:val="04A0" w:firstRow="1" w:lastRow="0" w:firstColumn="1" w:lastColumn="0" w:noHBand="0" w:noVBand="1"/>
      </w:tblPr>
      <w:tblGrid>
        <w:gridCol w:w="1938"/>
        <w:gridCol w:w="1938"/>
        <w:gridCol w:w="1938"/>
        <w:gridCol w:w="1938"/>
        <w:gridCol w:w="1938"/>
      </w:tblGrid>
      <w:tr w:rsidR="00C41414" w14:paraId="5A0B30C3" w14:textId="77777777">
        <w:trPr>
          <w:tblHeader/>
          <w:jc w:val="center"/>
        </w:trPr>
        <w:tc>
          <w:tcPr>
            <w:tcW w:w="1938" w:type="dxa"/>
            <w:vMerge w:val="restart"/>
            <w:vAlign w:val="center"/>
          </w:tcPr>
          <w:p w14:paraId="686B3432" w14:textId="77777777" w:rsidR="00C41414" w:rsidRDefault="00C82C32">
            <w:pPr>
              <w:jc w:val="center"/>
            </w:pPr>
            <w:r>
              <w:rPr>
                <w:b/>
                <w:sz w:val="22"/>
              </w:rPr>
              <w:t>STT</w:t>
            </w:r>
          </w:p>
        </w:tc>
        <w:tc>
          <w:tcPr>
            <w:tcW w:w="1938" w:type="dxa"/>
            <w:vMerge w:val="restart"/>
            <w:vAlign w:val="center"/>
          </w:tcPr>
          <w:p w14:paraId="73BE4E35" w14:textId="77777777" w:rsidR="00C41414" w:rsidRDefault="00C82C32">
            <w:pPr>
              <w:jc w:val="center"/>
            </w:pPr>
            <w:r>
              <w:rPr>
                <w:b/>
                <w:sz w:val="22"/>
              </w:rPr>
              <w:t>Tên nhà đầ</w:t>
            </w:r>
            <w:r>
              <w:rPr>
                <w:b/>
                <w:sz w:val="22"/>
              </w:rPr>
              <w:t>u tư</w:t>
            </w:r>
          </w:p>
        </w:tc>
        <w:tc>
          <w:tcPr>
            <w:tcW w:w="3876" w:type="dxa"/>
            <w:gridSpan w:val="2"/>
            <w:vAlign w:val="center"/>
          </w:tcPr>
          <w:p w14:paraId="66CB449B" w14:textId="77777777" w:rsidR="00C41414" w:rsidRDefault="00C82C32">
            <w:pPr>
              <w:jc w:val="center"/>
            </w:pPr>
            <w:r>
              <w:rPr>
                <w:b/>
                <w:sz w:val="22"/>
              </w:rPr>
              <w:t>Số vốn góp</w:t>
            </w:r>
          </w:p>
        </w:tc>
        <w:tc>
          <w:tcPr>
            <w:tcW w:w="1938" w:type="dxa"/>
            <w:vMerge w:val="restart"/>
            <w:vAlign w:val="center"/>
          </w:tcPr>
          <w:p w14:paraId="1F13EA2B" w14:textId="77777777" w:rsidR="00C41414" w:rsidRDefault="00C82C32">
            <w:pPr>
              <w:jc w:val="center"/>
            </w:pPr>
            <w:r>
              <w:rPr>
                <w:b/>
                <w:sz w:val="22"/>
              </w:rPr>
              <w:t>Tỷ lệ (%)</w:t>
            </w:r>
          </w:p>
        </w:tc>
      </w:tr>
      <w:tr w:rsidR="00C41414" w14:paraId="3CFF07E9" w14:textId="77777777">
        <w:trPr>
          <w:jc w:val="center"/>
        </w:trPr>
        <w:tc>
          <w:tcPr>
            <w:tcW w:w="1938" w:type="dxa"/>
            <w:vMerge/>
          </w:tcPr>
          <w:p w14:paraId="7A5A8B11" w14:textId="77777777" w:rsidR="00C41414" w:rsidRDefault="00C41414"/>
        </w:tc>
        <w:tc>
          <w:tcPr>
            <w:tcW w:w="1938" w:type="dxa"/>
            <w:vMerge/>
          </w:tcPr>
          <w:p w14:paraId="7E961065" w14:textId="77777777" w:rsidR="00C41414" w:rsidRDefault="00C41414"/>
        </w:tc>
        <w:tc>
          <w:tcPr>
            <w:tcW w:w="1938" w:type="dxa"/>
            <w:vAlign w:val="center"/>
          </w:tcPr>
          <w:p w14:paraId="5DFFF165" w14:textId="77777777" w:rsidR="00C41414" w:rsidRDefault="00C82C32">
            <w:pPr>
              <w:jc w:val="center"/>
            </w:pPr>
            <w:r>
              <w:rPr>
                <w:b/>
                <w:sz w:val="22"/>
              </w:rPr>
              <w:t>VNĐ</w:t>
            </w:r>
          </w:p>
        </w:tc>
        <w:tc>
          <w:tcPr>
            <w:tcW w:w="1938" w:type="dxa"/>
            <w:vAlign w:val="center"/>
          </w:tcPr>
          <w:p w14:paraId="3EDC8F86" w14:textId="77777777" w:rsidR="00C41414" w:rsidRDefault="00C82C32">
            <w:pPr>
              <w:jc w:val="center"/>
            </w:pPr>
            <w:r>
              <w:rPr>
                <w:b/>
                <w:sz w:val="22"/>
              </w:rPr>
              <w:t>Tương đương USD</w:t>
            </w:r>
          </w:p>
        </w:tc>
        <w:tc>
          <w:tcPr>
            <w:tcW w:w="1938" w:type="dxa"/>
            <w:vMerge/>
          </w:tcPr>
          <w:p w14:paraId="2E7AEDBC" w14:textId="77777777" w:rsidR="00C41414" w:rsidRDefault="00C41414"/>
        </w:tc>
      </w:tr>
      <w:tr w:rsidR="00C41414" w14:paraId="4CA4A690" w14:textId="77777777">
        <w:trPr>
          <w:jc w:val="center"/>
        </w:trPr>
        <w:tc>
          <w:tcPr>
            <w:tcW w:w="1938" w:type="dxa"/>
            <w:vAlign w:val="center"/>
          </w:tcPr>
          <w:p w14:paraId="1EDF3B7B" w14:textId="77777777" w:rsidR="00C41414" w:rsidRDefault="00C82C32">
            <w:r>
              <w:rPr>
                <w:sz w:val="22"/>
              </w:rPr>
              <w:t>1</w:t>
            </w:r>
          </w:p>
        </w:tc>
        <w:tc>
          <w:tcPr>
            <w:tcW w:w="1938" w:type="dxa"/>
            <w:vAlign w:val="center"/>
          </w:tcPr>
          <w:p w14:paraId="74F99C3F" w14:textId="77777777" w:rsidR="00C41414" w:rsidRDefault="00C41414"/>
        </w:tc>
        <w:tc>
          <w:tcPr>
            <w:tcW w:w="1938" w:type="dxa"/>
            <w:vAlign w:val="center"/>
          </w:tcPr>
          <w:p w14:paraId="26EC106E" w14:textId="77777777" w:rsidR="00C41414" w:rsidRDefault="00C41414"/>
        </w:tc>
        <w:tc>
          <w:tcPr>
            <w:tcW w:w="1938" w:type="dxa"/>
            <w:vAlign w:val="center"/>
          </w:tcPr>
          <w:p w14:paraId="493F0308" w14:textId="77777777" w:rsidR="00C41414" w:rsidRDefault="00C41414"/>
        </w:tc>
        <w:tc>
          <w:tcPr>
            <w:tcW w:w="1938" w:type="dxa"/>
            <w:vAlign w:val="center"/>
          </w:tcPr>
          <w:p w14:paraId="11643728" w14:textId="77777777" w:rsidR="00C41414" w:rsidRDefault="00C41414"/>
        </w:tc>
      </w:tr>
      <w:tr w:rsidR="00C41414" w14:paraId="158B0029" w14:textId="77777777">
        <w:trPr>
          <w:jc w:val="center"/>
        </w:trPr>
        <w:tc>
          <w:tcPr>
            <w:tcW w:w="1938" w:type="dxa"/>
            <w:vAlign w:val="center"/>
          </w:tcPr>
          <w:p w14:paraId="6396C285" w14:textId="77777777" w:rsidR="00C41414" w:rsidRDefault="00C82C32">
            <w:r>
              <w:rPr>
                <w:sz w:val="22"/>
              </w:rPr>
              <w:t>2</w:t>
            </w:r>
          </w:p>
        </w:tc>
        <w:tc>
          <w:tcPr>
            <w:tcW w:w="1938" w:type="dxa"/>
            <w:vAlign w:val="center"/>
          </w:tcPr>
          <w:p w14:paraId="29B14AD9" w14:textId="77777777" w:rsidR="00C41414" w:rsidRDefault="00C41414"/>
        </w:tc>
        <w:tc>
          <w:tcPr>
            <w:tcW w:w="1938" w:type="dxa"/>
            <w:vAlign w:val="center"/>
          </w:tcPr>
          <w:p w14:paraId="11913B34" w14:textId="77777777" w:rsidR="00C41414" w:rsidRDefault="00C41414"/>
        </w:tc>
        <w:tc>
          <w:tcPr>
            <w:tcW w:w="1938" w:type="dxa"/>
            <w:vAlign w:val="center"/>
          </w:tcPr>
          <w:p w14:paraId="0B99019A" w14:textId="77777777" w:rsidR="00C41414" w:rsidRDefault="00C41414"/>
        </w:tc>
        <w:tc>
          <w:tcPr>
            <w:tcW w:w="1938" w:type="dxa"/>
            <w:vAlign w:val="center"/>
          </w:tcPr>
          <w:p w14:paraId="07DF1DE8" w14:textId="77777777" w:rsidR="00C41414" w:rsidRDefault="00C41414"/>
        </w:tc>
      </w:tr>
      <w:tr w:rsidR="00C41414" w14:paraId="5B2A99D3" w14:textId="77777777">
        <w:trPr>
          <w:jc w:val="center"/>
        </w:trPr>
        <w:tc>
          <w:tcPr>
            <w:tcW w:w="1938" w:type="dxa"/>
            <w:vAlign w:val="center"/>
          </w:tcPr>
          <w:p w14:paraId="1091E530" w14:textId="77777777" w:rsidR="00C41414" w:rsidRDefault="00C82C32">
            <w:r>
              <w:rPr>
                <w:sz w:val="22"/>
              </w:rPr>
              <w:t>3</w:t>
            </w:r>
          </w:p>
        </w:tc>
        <w:tc>
          <w:tcPr>
            <w:tcW w:w="1938" w:type="dxa"/>
            <w:vAlign w:val="center"/>
          </w:tcPr>
          <w:p w14:paraId="48121012" w14:textId="77777777" w:rsidR="00C41414" w:rsidRDefault="00C41414"/>
        </w:tc>
        <w:tc>
          <w:tcPr>
            <w:tcW w:w="1938" w:type="dxa"/>
            <w:vAlign w:val="center"/>
          </w:tcPr>
          <w:p w14:paraId="77FF4DC4" w14:textId="77777777" w:rsidR="00C41414" w:rsidRDefault="00C41414"/>
        </w:tc>
        <w:tc>
          <w:tcPr>
            <w:tcW w:w="1938" w:type="dxa"/>
            <w:vAlign w:val="center"/>
          </w:tcPr>
          <w:p w14:paraId="18574022" w14:textId="77777777" w:rsidR="00C41414" w:rsidRDefault="00C41414"/>
        </w:tc>
        <w:tc>
          <w:tcPr>
            <w:tcW w:w="1938" w:type="dxa"/>
            <w:vAlign w:val="center"/>
          </w:tcPr>
          <w:p w14:paraId="6644096D" w14:textId="77777777" w:rsidR="00C41414" w:rsidRDefault="00C41414"/>
        </w:tc>
      </w:tr>
    </w:tbl>
    <w:p w14:paraId="0C5C1DD4" w14:textId="77777777" w:rsidR="00C41414" w:rsidRPr="00C82C32" w:rsidRDefault="00C82C32">
      <w:pPr>
        <w:spacing w:before="160" w:after="80"/>
        <w:rPr>
          <w:sz w:val="26"/>
          <w:szCs w:val="26"/>
        </w:rPr>
      </w:pPr>
      <w:r w:rsidRPr="00C82C32">
        <w:rPr>
          <w:b/>
          <w:sz w:val="26"/>
          <w:szCs w:val="26"/>
        </w:rPr>
        <w:t xml:space="preserve">III. NỘI DUNG QUYẾT ĐỊNH CHẤP THUẬN CHỦ TRƯƠNG ĐẦU TƯ/QUYẾT ĐỊNH PHÊ DUYỆT KẾT QUẢ TRÚNG ĐẤU GIÁ HOẶC QUYẾT ĐỊNH PHÊ DUYỆT KẾT QUẢ LỰA CHỌN NHÀ ĐẦU TƯ/QUYẾT ĐỊNH CHẤP THUẬN NHÀ ĐẦU </w:t>
      </w:r>
      <w:r w:rsidRPr="00C82C32">
        <w:rPr>
          <w:b/>
          <w:sz w:val="26"/>
          <w:szCs w:val="26"/>
        </w:rPr>
        <w:t>TƯ</w:t>
      </w:r>
    </w:p>
    <w:p w14:paraId="44F11041" w14:textId="77777777" w:rsidR="00C41414" w:rsidRPr="00C82C32" w:rsidRDefault="00C82C32">
      <w:pPr>
        <w:rPr>
          <w:sz w:val="26"/>
          <w:szCs w:val="26"/>
        </w:rPr>
      </w:pPr>
      <w:r w:rsidRPr="00C82C32">
        <w:rPr>
          <w:b/>
          <w:sz w:val="26"/>
          <w:szCs w:val="26"/>
        </w:rPr>
        <w:t>1. Thông tin về các Quyết định đã cấp:</w:t>
      </w:r>
    </w:p>
    <w:tbl>
      <w:tblPr>
        <w:tblStyle w:val="TableGrid"/>
        <w:tblW w:w="0" w:type="auto"/>
        <w:jc w:val="center"/>
        <w:tblLook w:val="04A0" w:firstRow="1" w:lastRow="0" w:firstColumn="1" w:lastColumn="0" w:noHBand="0" w:noVBand="1"/>
      </w:tblPr>
      <w:tblGrid>
        <w:gridCol w:w="1615"/>
        <w:gridCol w:w="1615"/>
        <w:gridCol w:w="1615"/>
        <w:gridCol w:w="1615"/>
        <w:gridCol w:w="1615"/>
        <w:gridCol w:w="1615"/>
      </w:tblGrid>
      <w:tr w:rsidR="00C41414" w14:paraId="1E7CEF55" w14:textId="77777777">
        <w:trPr>
          <w:tblHeader/>
          <w:jc w:val="center"/>
        </w:trPr>
        <w:tc>
          <w:tcPr>
            <w:tcW w:w="1615" w:type="dxa"/>
            <w:vAlign w:val="center"/>
          </w:tcPr>
          <w:p w14:paraId="6F0956F7" w14:textId="77777777" w:rsidR="00C41414" w:rsidRDefault="00C82C32">
            <w:pPr>
              <w:jc w:val="center"/>
            </w:pPr>
            <w:r>
              <w:rPr>
                <w:b/>
                <w:sz w:val="21"/>
              </w:rPr>
              <w:t>STT</w:t>
            </w:r>
          </w:p>
        </w:tc>
        <w:tc>
          <w:tcPr>
            <w:tcW w:w="1615" w:type="dxa"/>
            <w:vAlign w:val="center"/>
          </w:tcPr>
          <w:p w14:paraId="545A3B43" w14:textId="77777777" w:rsidR="00C41414" w:rsidRDefault="00C82C32">
            <w:pPr>
              <w:jc w:val="center"/>
            </w:pPr>
            <w:r>
              <w:rPr>
                <w:b/>
                <w:sz w:val="21"/>
              </w:rPr>
              <w:t>Tên Quyết định</w:t>
            </w:r>
          </w:p>
        </w:tc>
        <w:tc>
          <w:tcPr>
            <w:tcW w:w="1615" w:type="dxa"/>
            <w:vAlign w:val="center"/>
          </w:tcPr>
          <w:p w14:paraId="24A06B28" w14:textId="77777777" w:rsidR="00C41414" w:rsidRDefault="00C82C32">
            <w:pPr>
              <w:jc w:val="center"/>
            </w:pPr>
            <w:r>
              <w:rPr>
                <w:b/>
                <w:sz w:val="21"/>
              </w:rPr>
              <w:t>Số Quyết định</w:t>
            </w:r>
          </w:p>
        </w:tc>
        <w:tc>
          <w:tcPr>
            <w:tcW w:w="1615" w:type="dxa"/>
            <w:vAlign w:val="center"/>
          </w:tcPr>
          <w:p w14:paraId="393BB400" w14:textId="77777777" w:rsidR="00C41414" w:rsidRDefault="00C82C32">
            <w:pPr>
              <w:jc w:val="center"/>
            </w:pPr>
            <w:r>
              <w:rPr>
                <w:b/>
                <w:sz w:val="21"/>
              </w:rPr>
              <w:t>Ngày cấp</w:t>
            </w:r>
          </w:p>
        </w:tc>
        <w:tc>
          <w:tcPr>
            <w:tcW w:w="1615" w:type="dxa"/>
            <w:vAlign w:val="center"/>
          </w:tcPr>
          <w:p w14:paraId="42752F01" w14:textId="77777777" w:rsidR="00C41414" w:rsidRDefault="00C82C32">
            <w:pPr>
              <w:jc w:val="center"/>
            </w:pPr>
            <w:r>
              <w:rPr>
                <w:b/>
                <w:sz w:val="21"/>
              </w:rPr>
              <w:t>Cơ quan cấp</w:t>
            </w:r>
          </w:p>
        </w:tc>
        <w:tc>
          <w:tcPr>
            <w:tcW w:w="1615" w:type="dxa"/>
            <w:vAlign w:val="center"/>
          </w:tcPr>
          <w:p w14:paraId="24990C63" w14:textId="77777777" w:rsidR="00C41414" w:rsidRDefault="00C82C32">
            <w:pPr>
              <w:jc w:val="center"/>
            </w:pPr>
            <w:r>
              <w:rPr>
                <w:b/>
                <w:sz w:val="21"/>
              </w:rPr>
              <w:t>Ghi chú</w:t>
            </w:r>
            <w:r>
              <w:rPr>
                <w:b/>
                <w:sz w:val="21"/>
              </w:rPr>
              <w:br/>
              <w:t>(Còn hoặc hết hiệu lực)</w:t>
            </w:r>
          </w:p>
        </w:tc>
      </w:tr>
      <w:tr w:rsidR="00C41414" w14:paraId="6A920886" w14:textId="77777777">
        <w:trPr>
          <w:jc w:val="center"/>
        </w:trPr>
        <w:tc>
          <w:tcPr>
            <w:tcW w:w="1615" w:type="dxa"/>
            <w:vAlign w:val="center"/>
          </w:tcPr>
          <w:p w14:paraId="39F660A7" w14:textId="77777777" w:rsidR="00C41414" w:rsidRDefault="00C82C32">
            <w:r>
              <w:rPr>
                <w:sz w:val="21"/>
              </w:rPr>
              <w:t>1</w:t>
            </w:r>
          </w:p>
        </w:tc>
        <w:tc>
          <w:tcPr>
            <w:tcW w:w="1615" w:type="dxa"/>
            <w:vAlign w:val="center"/>
          </w:tcPr>
          <w:p w14:paraId="3BE6B92A" w14:textId="77777777" w:rsidR="00C41414" w:rsidRDefault="00C41414"/>
        </w:tc>
        <w:tc>
          <w:tcPr>
            <w:tcW w:w="1615" w:type="dxa"/>
            <w:vAlign w:val="center"/>
          </w:tcPr>
          <w:p w14:paraId="1D5A5993" w14:textId="77777777" w:rsidR="00C41414" w:rsidRDefault="00C41414"/>
        </w:tc>
        <w:tc>
          <w:tcPr>
            <w:tcW w:w="1615" w:type="dxa"/>
            <w:vAlign w:val="center"/>
          </w:tcPr>
          <w:p w14:paraId="2E2B23A9" w14:textId="77777777" w:rsidR="00C41414" w:rsidRDefault="00C41414"/>
        </w:tc>
        <w:tc>
          <w:tcPr>
            <w:tcW w:w="1615" w:type="dxa"/>
            <w:vAlign w:val="center"/>
          </w:tcPr>
          <w:p w14:paraId="4803DA45" w14:textId="77777777" w:rsidR="00C41414" w:rsidRDefault="00C41414"/>
        </w:tc>
        <w:tc>
          <w:tcPr>
            <w:tcW w:w="1615" w:type="dxa"/>
            <w:vAlign w:val="center"/>
          </w:tcPr>
          <w:p w14:paraId="56D954AB" w14:textId="77777777" w:rsidR="00C41414" w:rsidRDefault="00C41414"/>
        </w:tc>
      </w:tr>
      <w:tr w:rsidR="00C41414" w14:paraId="6B2CD97B" w14:textId="77777777">
        <w:trPr>
          <w:jc w:val="center"/>
        </w:trPr>
        <w:tc>
          <w:tcPr>
            <w:tcW w:w="1615" w:type="dxa"/>
            <w:vAlign w:val="center"/>
          </w:tcPr>
          <w:p w14:paraId="7F5DE5CD" w14:textId="77777777" w:rsidR="00C41414" w:rsidRDefault="00C82C32">
            <w:r>
              <w:rPr>
                <w:sz w:val="21"/>
              </w:rPr>
              <w:t>2</w:t>
            </w:r>
          </w:p>
        </w:tc>
        <w:tc>
          <w:tcPr>
            <w:tcW w:w="1615" w:type="dxa"/>
            <w:vAlign w:val="center"/>
          </w:tcPr>
          <w:p w14:paraId="5045E39B" w14:textId="77777777" w:rsidR="00C41414" w:rsidRDefault="00C41414"/>
        </w:tc>
        <w:tc>
          <w:tcPr>
            <w:tcW w:w="1615" w:type="dxa"/>
            <w:vAlign w:val="center"/>
          </w:tcPr>
          <w:p w14:paraId="24398E26" w14:textId="77777777" w:rsidR="00C41414" w:rsidRDefault="00C41414"/>
        </w:tc>
        <w:tc>
          <w:tcPr>
            <w:tcW w:w="1615" w:type="dxa"/>
            <w:vAlign w:val="center"/>
          </w:tcPr>
          <w:p w14:paraId="4F0EFD4E" w14:textId="77777777" w:rsidR="00C41414" w:rsidRDefault="00C41414"/>
        </w:tc>
        <w:tc>
          <w:tcPr>
            <w:tcW w:w="1615" w:type="dxa"/>
            <w:vAlign w:val="center"/>
          </w:tcPr>
          <w:p w14:paraId="0D186757" w14:textId="77777777" w:rsidR="00C41414" w:rsidRDefault="00C41414"/>
        </w:tc>
        <w:tc>
          <w:tcPr>
            <w:tcW w:w="1615" w:type="dxa"/>
            <w:vAlign w:val="center"/>
          </w:tcPr>
          <w:p w14:paraId="7C412B73" w14:textId="77777777" w:rsidR="00C41414" w:rsidRDefault="00C41414"/>
        </w:tc>
      </w:tr>
      <w:tr w:rsidR="00C41414" w14:paraId="12F319AC" w14:textId="77777777">
        <w:trPr>
          <w:jc w:val="center"/>
        </w:trPr>
        <w:tc>
          <w:tcPr>
            <w:tcW w:w="1615" w:type="dxa"/>
            <w:vAlign w:val="center"/>
          </w:tcPr>
          <w:p w14:paraId="32A02385" w14:textId="77777777" w:rsidR="00C41414" w:rsidRDefault="00C82C32">
            <w:r>
              <w:rPr>
                <w:sz w:val="21"/>
              </w:rPr>
              <w:t>3</w:t>
            </w:r>
          </w:p>
        </w:tc>
        <w:tc>
          <w:tcPr>
            <w:tcW w:w="1615" w:type="dxa"/>
            <w:vAlign w:val="center"/>
          </w:tcPr>
          <w:p w14:paraId="447F6515" w14:textId="77777777" w:rsidR="00C41414" w:rsidRDefault="00C41414"/>
        </w:tc>
        <w:tc>
          <w:tcPr>
            <w:tcW w:w="1615" w:type="dxa"/>
            <w:vAlign w:val="center"/>
          </w:tcPr>
          <w:p w14:paraId="6655A035" w14:textId="77777777" w:rsidR="00C41414" w:rsidRDefault="00C41414"/>
        </w:tc>
        <w:tc>
          <w:tcPr>
            <w:tcW w:w="1615" w:type="dxa"/>
            <w:vAlign w:val="center"/>
          </w:tcPr>
          <w:p w14:paraId="7DEFF953" w14:textId="77777777" w:rsidR="00C41414" w:rsidRDefault="00C41414"/>
        </w:tc>
        <w:tc>
          <w:tcPr>
            <w:tcW w:w="1615" w:type="dxa"/>
            <w:vAlign w:val="center"/>
          </w:tcPr>
          <w:p w14:paraId="7A3CF0D1" w14:textId="77777777" w:rsidR="00C41414" w:rsidRDefault="00C41414"/>
        </w:tc>
        <w:tc>
          <w:tcPr>
            <w:tcW w:w="1615" w:type="dxa"/>
            <w:vAlign w:val="center"/>
          </w:tcPr>
          <w:p w14:paraId="0EEF71F2" w14:textId="77777777" w:rsidR="00C41414" w:rsidRDefault="00C41414"/>
        </w:tc>
      </w:tr>
    </w:tbl>
    <w:p w14:paraId="132C9D46" w14:textId="77777777" w:rsidR="00C41414" w:rsidRPr="00C82C32" w:rsidRDefault="00C82C32">
      <w:pPr>
        <w:spacing w:before="100"/>
        <w:rPr>
          <w:sz w:val="26"/>
          <w:szCs w:val="26"/>
        </w:rPr>
      </w:pPr>
      <w:r w:rsidRPr="00C82C32">
        <w:rPr>
          <w:b/>
          <w:sz w:val="26"/>
          <w:szCs w:val="26"/>
        </w:rPr>
        <w:t>2. Nội dung dự án</w:t>
      </w:r>
    </w:p>
    <w:p w14:paraId="319A4C57" w14:textId="77777777" w:rsidR="00C41414" w:rsidRPr="00C82C32" w:rsidRDefault="00C82C32">
      <w:pPr>
        <w:rPr>
          <w:sz w:val="26"/>
          <w:szCs w:val="26"/>
        </w:rPr>
      </w:pPr>
      <w:r w:rsidRPr="00C82C32">
        <w:rPr>
          <w:sz w:val="26"/>
          <w:szCs w:val="26"/>
        </w:rPr>
        <w:t xml:space="preserve">- Tên dự án: </w:t>
      </w:r>
      <w:r w:rsidRPr="00C82C32">
        <w:rPr>
          <w:sz w:val="26"/>
          <w:szCs w:val="26"/>
        </w:rPr>
        <w:t>..............................................................................................................................</w:t>
      </w:r>
    </w:p>
    <w:p w14:paraId="076F6B25" w14:textId="77777777" w:rsidR="00C41414" w:rsidRPr="00C82C32" w:rsidRDefault="00C82C32">
      <w:pPr>
        <w:rPr>
          <w:sz w:val="26"/>
          <w:szCs w:val="26"/>
        </w:rPr>
      </w:pPr>
      <w:r w:rsidRPr="00C82C32">
        <w:rPr>
          <w:sz w:val="26"/>
          <w:szCs w:val="26"/>
        </w:rPr>
        <w:t>- Mục tiêu: .....................................................................................................................</w:t>
      </w:r>
      <w:r w:rsidRPr="00C82C32">
        <w:rPr>
          <w:sz w:val="26"/>
          <w:szCs w:val="26"/>
        </w:rPr>
        <w:t>............</w:t>
      </w:r>
    </w:p>
    <w:p w14:paraId="586E0D22" w14:textId="77777777" w:rsidR="00C41414" w:rsidRPr="00C82C32" w:rsidRDefault="00C82C32">
      <w:pPr>
        <w:rPr>
          <w:sz w:val="26"/>
          <w:szCs w:val="26"/>
        </w:rPr>
      </w:pPr>
      <w:r w:rsidRPr="00C82C32">
        <w:rPr>
          <w:sz w:val="26"/>
          <w:szCs w:val="26"/>
        </w:rPr>
        <w:t>- Tổng vốn đầu tư: .....................................................................................................................</w:t>
      </w:r>
    </w:p>
    <w:p w14:paraId="10FAAF04" w14:textId="77777777" w:rsidR="00C41414" w:rsidRPr="00C82C32" w:rsidRDefault="00C82C32">
      <w:pPr>
        <w:rPr>
          <w:sz w:val="26"/>
          <w:szCs w:val="26"/>
        </w:rPr>
      </w:pPr>
      <w:r w:rsidRPr="00C82C32">
        <w:rPr>
          <w:sz w:val="26"/>
          <w:szCs w:val="26"/>
        </w:rPr>
        <w:t>- Quy mô dự án: ..........................................................................................</w:t>
      </w:r>
      <w:r w:rsidRPr="00C82C32">
        <w:rPr>
          <w:sz w:val="26"/>
          <w:szCs w:val="26"/>
        </w:rPr>
        <w:t>...............................</w:t>
      </w:r>
    </w:p>
    <w:p w14:paraId="7C18E1E0" w14:textId="77777777" w:rsidR="00C41414" w:rsidRPr="00C82C32" w:rsidRDefault="00C82C32">
      <w:pPr>
        <w:rPr>
          <w:sz w:val="26"/>
          <w:szCs w:val="26"/>
        </w:rPr>
      </w:pPr>
      <w:r w:rsidRPr="00C82C32">
        <w:rPr>
          <w:sz w:val="26"/>
          <w:szCs w:val="26"/>
        </w:rPr>
        <w:t xml:space="preserve">- Địa điểm: </w:t>
      </w:r>
      <w:r w:rsidRPr="00C82C32">
        <w:rPr>
          <w:sz w:val="26"/>
          <w:szCs w:val="26"/>
        </w:rPr>
        <w:t>..................................................................................................................................</w:t>
      </w:r>
    </w:p>
    <w:p w14:paraId="619E3BC5" w14:textId="77777777" w:rsidR="00C41414" w:rsidRPr="00C82C32" w:rsidRDefault="00C82C32">
      <w:pPr>
        <w:rPr>
          <w:sz w:val="26"/>
          <w:szCs w:val="26"/>
        </w:rPr>
      </w:pPr>
      <w:r w:rsidRPr="00C82C32">
        <w:rPr>
          <w:sz w:val="26"/>
          <w:szCs w:val="26"/>
        </w:rPr>
        <w:t>- Tiến độ: ..................................................................................................................</w:t>
      </w:r>
      <w:r w:rsidRPr="00C82C32">
        <w:rPr>
          <w:sz w:val="26"/>
          <w:szCs w:val="26"/>
        </w:rPr>
        <w:t>..................</w:t>
      </w:r>
    </w:p>
    <w:p w14:paraId="0E67D5E7" w14:textId="77777777" w:rsidR="00C41414" w:rsidRPr="00C82C32" w:rsidRDefault="00C82C32">
      <w:pPr>
        <w:rPr>
          <w:sz w:val="26"/>
          <w:szCs w:val="26"/>
        </w:rPr>
      </w:pPr>
      <w:r w:rsidRPr="00C82C32">
        <w:rPr>
          <w:sz w:val="26"/>
          <w:szCs w:val="26"/>
        </w:rPr>
        <w:t>- Thời hạn dự án: .......................................................................................................................</w:t>
      </w:r>
    </w:p>
    <w:p w14:paraId="4085B085" w14:textId="77777777" w:rsidR="00C41414" w:rsidRPr="00C82C32" w:rsidRDefault="00C82C32">
      <w:pPr>
        <w:spacing w:before="160" w:after="80"/>
        <w:rPr>
          <w:sz w:val="26"/>
          <w:szCs w:val="26"/>
        </w:rPr>
      </w:pPr>
      <w:r w:rsidRPr="00C82C32">
        <w:rPr>
          <w:b/>
          <w:sz w:val="26"/>
          <w:szCs w:val="26"/>
        </w:rPr>
        <w:t>IV. NHÀ ĐẦU TƯ CAM KẾT:</w:t>
      </w:r>
    </w:p>
    <w:p w14:paraId="63D1C198" w14:textId="77777777" w:rsidR="00C41414" w:rsidRPr="00C82C32" w:rsidRDefault="00C82C32">
      <w:pPr>
        <w:jc w:val="both"/>
        <w:rPr>
          <w:sz w:val="26"/>
          <w:szCs w:val="26"/>
        </w:rPr>
      </w:pPr>
      <w:r w:rsidRPr="00C82C32">
        <w:rPr>
          <w:sz w:val="26"/>
          <w:szCs w:val="26"/>
        </w:rPr>
        <w:t>1. Chịu trách nhiệm trước pháp luật về tính hợp pháp, chính xác, trung thực</w:t>
      </w:r>
      <w:r w:rsidRPr="00C82C32">
        <w:rPr>
          <w:sz w:val="26"/>
          <w:szCs w:val="26"/>
        </w:rPr>
        <w:t xml:space="preserve"> của hồ sơ và các văn bản gửi cơ quan nhà nước có thẩm quyền.</w:t>
      </w:r>
    </w:p>
    <w:p w14:paraId="00FCD7EA" w14:textId="77777777" w:rsidR="00C41414" w:rsidRPr="00C82C32" w:rsidRDefault="00C82C32">
      <w:pPr>
        <w:jc w:val="both"/>
        <w:rPr>
          <w:sz w:val="26"/>
          <w:szCs w:val="26"/>
        </w:rPr>
      </w:pPr>
      <w:r w:rsidRPr="00C82C32">
        <w:rPr>
          <w:sz w:val="26"/>
          <w:szCs w:val="26"/>
        </w:rPr>
        <w:t>2. Chấp hành nghiêm chỉnh các quy định của pháp luật Việt Nam và các quy định tại Quyết định chấp thuận chủ trương đầu tư / Quyết định phê duyệt kết quả trúng đấu giá hoặc Quyết định phê duyệt k</w:t>
      </w:r>
      <w:r w:rsidRPr="00C82C32">
        <w:rPr>
          <w:sz w:val="26"/>
          <w:szCs w:val="26"/>
        </w:rPr>
        <w:t>ết quả lựa chọn nhà đầu tư / Quyết định chấp thuận nhà đầu tư / Giấy chứng nhận đăng ký đầu tư.</w:t>
      </w:r>
    </w:p>
    <w:p w14:paraId="7EF3CA80" w14:textId="77777777" w:rsidR="00C41414" w:rsidRPr="00C82C32" w:rsidRDefault="00C82C32">
      <w:pPr>
        <w:spacing w:before="160" w:after="80"/>
        <w:rPr>
          <w:sz w:val="26"/>
          <w:szCs w:val="26"/>
        </w:rPr>
      </w:pPr>
      <w:r w:rsidRPr="00C82C32">
        <w:rPr>
          <w:b/>
          <w:sz w:val="26"/>
          <w:szCs w:val="26"/>
        </w:rPr>
        <w:lastRenderedPageBreak/>
        <w:t>V. HỒ SƠ KÈM THEO</w:t>
      </w:r>
    </w:p>
    <w:p w14:paraId="69AC8DEE" w14:textId="77777777" w:rsidR="00C41414" w:rsidRPr="00C82C32" w:rsidRDefault="00C82C32">
      <w:pPr>
        <w:jc w:val="both"/>
        <w:rPr>
          <w:sz w:val="26"/>
          <w:szCs w:val="26"/>
        </w:rPr>
      </w:pPr>
      <w:r w:rsidRPr="00C82C32">
        <w:rPr>
          <w:sz w:val="26"/>
          <w:szCs w:val="26"/>
        </w:rPr>
        <w:t>1. Bản sao các Quyết định chấp thuận chủ trương đầu tư / Quyết định phê duyệt kết quả trúng đấu giá hoặc Quyết định phê duyệt kết quả lựa chọn</w:t>
      </w:r>
      <w:r w:rsidRPr="00C82C32">
        <w:rPr>
          <w:sz w:val="26"/>
          <w:szCs w:val="26"/>
        </w:rPr>
        <w:t xml:space="preserve"> nhà đầu tư / Quyết định chấp thuận nhà đầu tư liên quan đến dự án.</w:t>
      </w:r>
    </w:p>
    <w:p w14:paraId="1BCDCB64" w14:textId="77777777" w:rsidR="00C41414" w:rsidRPr="00C82C32" w:rsidRDefault="00C82C32">
      <w:pPr>
        <w:spacing w:after="160"/>
        <w:rPr>
          <w:sz w:val="26"/>
          <w:szCs w:val="26"/>
        </w:rPr>
      </w:pPr>
      <w:r w:rsidRPr="00C82C32">
        <w:rPr>
          <w:sz w:val="26"/>
          <w:szCs w:val="26"/>
        </w:rPr>
        <w:t>2. Các tài liệu khác có liên quan.</w:t>
      </w:r>
    </w:p>
    <w:p w14:paraId="41006C55" w14:textId="77777777" w:rsidR="00C41414" w:rsidRPr="00C82C32" w:rsidRDefault="00C82C32">
      <w:pPr>
        <w:ind w:left="4535"/>
        <w:jc w:val="center"/>
        <w:rPr>
          <w:sz w:val="26"/>
          <w:szCs w:val="26"/>
        </w:rPr>
      </w:pPr>
      <w:r w:rsidRPr="00C82C32">
        <w:rPr>
          <w:i/>
          <w:sz w:val="26"/>
          <w:szCs w:val="26"/>
        </w:rPr>
        <w:t xml:space="preserve">……., ngày </w:t>
      </w:r>
      <w:proofErr w:type="gramStart"/>
      <w:r w:rsidRPr="00C82C32">
        <w:rPr>
          <w:i/>
          <w:sz w:val="26"/>
          <w:szCs w:val="26"/>
        </w:rPr>
        <w:t>…..</w:t>
      </w:r>
      <w:proofErr w:type="gramEnd"/>
      <w:r w:rsidRPr="00C82C32">
        <w:rPr>
          <w:i/>
          <w:sz w:val="26"/>
          <w:szCs w:val="26"/>
        </w:rPr>
        <w:t xml:space="preserve"> tháng </w:t>
      </w:r>
      <w:proofErr w:type="gramStart"/>
      <w:r w:rsidRPr="00C82C32">
        <w:rPr>
          <w:i/>
          <w:sz w:val="26"/>
          <w:szCs w:val="26"/>
        </w:rPr>
        <w:t>…..</w:t>
      </w:r>
      <w:proofErr w:type="gramEnd"/>
      <w:r w:rsidRPr="00C82C32">
        <w:rPr>
          <w:i/>
          <w:sz w:val="26"/>
          <w:szCs w:val="26"/>
        </w:rPr>
        <w:t xml:space="preserve"> năm……</w:t>
      </w:r>
    </w:p>
    <w:p w14:paraId="4848CAC6" w14:textId="77777777" w:rsidR="00C41414" w:rsidRPr="00C82C32" w:rsidRDefault="00C82C32">
      <w:pPr>
        <w:ind w:left="4535"/>
        <w:jc w:val="center"/>
        <w:rPr>
          <w:sz w:val="26"/>
          <w:szCs w:val="26"/>
        </w:rPr>
      </w:pPr>
      <w:r w:rsidRPr="00C82C32">
        <w:rPr>
          <w:b/>
          <w:sz w:val="26"/>
          <w:szCs w:val="26"/>
        </w:rPr>
        <w:t>Tổ chức kinh tế thực hiện dự án</w:t>
      </w:r>
    </w:p>
    <w:p w14:paraId="2B97FC3A" w14:textId="77777777" w:rsidR="00C41414" w:rsidRPr="00C82C32" w:rsidRDefault="00C82C32">
      <w:pPr>
        <w:ind w:left="4535"/>
        <w:jc w:val="center"/>
        <w:rPr>
          <w:sz w:val="24"/>
          <w:szCs w:val="24"/>
        </w:rPr>
      </w:pPr>
      <w:r w:rsidRPr="00C82C32">
        <w:rPr>
          <w:i/>
          <w:sz w:val="24"/>
          <w:szCs w:val="24"/>
        </w:rPr>
        <w:t xml:space="preserve">Người đại diện theo pháp luật của Tổ chức kinh tế ký, ghi rõ họ tên, chức danh và đóng dấu </w:t>
      </w:r>
      <w:r w:rsidRPr="00C82C32">
        <w:rPr>
          <w:i/>
          <w:sz w:val="24"/>
          <w:szCs w:val="24"/>
        </w:rPr>
        <w:t>(nếu có).</w:t>
      </w:r>
    </w:p>
    <w:sectPr w:rsidR="00C41414" w:rsidRPr="00C82C32"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3"/>
    <w:family w:val="roman"/>
    <w:pitch w:val="variable"/>
    <w:sig w:usb0="E0002EFF" w:usb1="C000785B" w:usb2="00000009" w:usb3="00000000" w:csb0="000001FF" w:csb1="00000000"/>
  </w:font>
  <w:font w:name="Cambria">
    <w:panose1 w:val="02040503050406030204"/>
    <w:charset w:val="A3"/>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3"/>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AA1D8D"/>
    <w:rsid w:val="00B47730"/>
    <w:rsid w:val="00C41414"/>
    <w:rsid w:val="00C82C32"/>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47E3B4"/>
  <w14:defaultImageDpi w14:val="300"/>
  <w15:docId w15:val="{7ECF555F-9187-4717-8686-87A010D9C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52" w:lineRule="auto"/>
    </w:pPr>
    <w:rPr>
      <w:rFonts w:ascii="Times New Roman" w:eastAsia="Times New Roman" w:hAnsi="Times New Roman"/>
      <w:sz w:val="23"/>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950</Words>
  <Characters>5416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Manh Nguyen Van</cp:lastModifiedBy>
  <cp:revision>2</cp:revision>
  <dcterms:created xsi:type="dcterms:W3CDTF">2013-12-23T23:15:00Z</dcterms:created>
  <dcterms:modified xsi:type="dcterms:W3CDTF">2026-09-08T05:57:00Z</dcterms:modified>
  <cp:category/>
</cp:coreProperties>
</file>